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FB7DF6" w14:textId="77777777" w:rsidR="00D034F1" w:rsidRPr="00B63EDA" w:rsidRDefault="005249A4" w:rsidP="24AA9875">
      <w:pPr>
        <w:jc w:val="center"/>
        <w:rPr>
          <w:rFonts w:cs="Arial"/>
          <w:b/>
          <w:bCs/>
          <w:color w:val="002D72"/>
          <w:sz w:val="36"/>
          <w:szCs w:val="36"/>
        </w:rPr>
      </w:pPr>
      <w:r w:rsidRPr="00B63EDA">
        <w:rPr>
          <w:rFonts w:cs="Arial"/>
          <w:b/>
          <w:bCs/>
          <w:color w:val="002D72"/>
          <w:sz w:val="36"/>
          <w:szCs w:val="36"/>
        </w:rPr>
        <w:t>Course of Study (CoS) Planning Worksheet</w:t>
      </w:r>
    </w:p>
    <w:p w14:paraId="43FC1F3C" w14:textId="3615C6FD" w:rsidR="00696F0D" w:rsidRPr="00B63EDA" w:rsidRDefault="005249A4" w:rsidP="00B63EDA">
      <w:pPr>
        <w:jc w:val="center"/>
        <w:rPr>
          <w:rFonts w:cs="Arial"/>
          <w:i/>
          <w:sz w:val="24"/>
          <w:szCs w:val="28"/>
        </w:rPr>
      </w:pPr>
      <w:r w:rsidRPr="00B63EDA">
        <w:rPr>
          <w:rFonts w:cs="Arial"/>
          <w:i/>
          <w:sz w:val="24"/>
          <w:szCs w:val="28"/>
        </w:rPr>
        <w:t>IEP Team Use</w:t>
      </w:r>
    </w:p>
    <w:tbl>
      <w:tblPr>
        <w:tblStyle w:val="TableGrid"/>
        <w:tblW w:w="14215" w:type="dxa"/>
        <w:tblLook w:val="04A0" w:firstRow="1" w:lastRow="0" w:firstColumn="1" w:lastColumn="0" w:noHBand="0" w:noVBand="1"/>
      </w:tblPr>
      <w:tblGrid>
        <w:gridCol w:w="14215"/>
      </w:tblGrid>
      <w:tr w:rsidR="00D034F1" w:rsidRPr="00C23396" w14:paraId="0BE5B9E0" w14:textId="77777777" w:rsidTr="005E3CE7">
        <w:tc>
          <w:tcPr>
            <w:tcW w:w="14215" w:type="dxa"/>
            <w:shd w:val="clear" w:color="auto" w:fill="EAF2F8"/>
          </w:tcPr>
          <w:p w14:paraId="05282322" w14:textId="6FD8735A" w:rsidR="00A20190" w:rsidRDefault="005249A4" w:rsidP="002E7F8F">
            <w:pPr>
              <w:spacing w:line="360" w:lineRule="auto"/>
              <w:rPr>
                <w:rFonts w:cs="Arial"/>
              </w:rPr>
            </w:pPr>
            <w:r w:rsidRPr="00C23396">
              <w:rPr>
                <w:rFonts w:cs="Arial"/>
              </w:rPr>
              <w:t xml:space="preserve">Purpose: This student-level worksheet supports IEP teams in developing a meaningful, intentional, multi-year Course of Study (CoS) </w:t>
            </w:r>
            <w:r w:rsidR="00C33954" w:rsidRPr="00C23396">
              <w:rPr>
                <w:rFonts w:cs="Arial"/>
              </w:rPr>
              <w:t>aligned with</w:t>
            </w:r>
            <w:r w:rsidRPr="00C23396">
              <w:rPr>
                <w:rFonts w:cs="Arial"/>
              </w:rPr>
              <w:t xml:space="preserve"> (1) Arizona graduation requirements, (2) the student's measurable postsecondary goals (MPGs), and (3) the student's identified IEP needs, including annual goals when applicable. Use this worksheet</w:t>
            </w:r>
            <w:r w:rsidR="003B0E2E" w:rsidRPr="00C23396">
              <w:rPr>
                <w:rFonts w:cs="Arial"/>
              </w:rPr>
              <w:t xml:space="preserve"> </w:t>
            </w:r>
            <w:r w:rsidR="00B0309D" w:rsidRPr="00C23396">
              <w:rPr>
                <w:rFonts w:cs="Arial"/>
              </w:rPr>
              <w:t>prior to or during an IEP meeting where</w:t>
            </w:r>
            <w:r w:rsidR="006A0D54">
              <w:rPr>
                <w:rFonts w:cs="Arial"/>
              </w:rPr>
              <w:t xml:space="preserve"> secondary</w:t>
            </w:r>
            <w:r w:rsidR="00B0309D" w:rsidRPr="00C23396">
              <w:rPr>
                <w:rFonts w:cs="Arial"/>
              </w:rPr>
              <w:t xml:space="preserve"> transition is discussed.</w:t>
            </w:r>
            <w:r w:rsidR="00E15A4B" w:rsidRPr="00C23396">
              <w:rPr>
                <w:rFonts w:cs="Arial"/>
              </w:rPr>
              <w:t xml:space="preserve"> It is recommended that </w:t>
            </w:r>
            <w:r w:rsidR="006858C4" w:rsidRPr="00C23396">
              <w:rPr>
                <w:rFonts w:cs="Arial"/>
              </w:rPr>
              <w:t>teams</w:t>
            </w:r>
            <w:r w:rsidR="00E15A4B" w:rsidRPr="00C23396">
              <w:rPr>
                <w:rFonts w:cs="Arial"/>
              </w:rPr>
              <w:t xml:space="preserve"> have a foundational understanding of transition planning and access to clearly identified MPGs before </w:t>
            </w:r>
            <w:r w:rsidR="006858C4" w:rsidRPr="00C23396">
              <w:rPr>
                <w:rFonts w:cs="Arial"/>
              </w:rPr>
              <w:t>use of this worksheet</w:t>
            </w:r>
            <w:r w:rsidR="00E15A4B" w:rsidRPr="00C23396">
              <w:rPr>
                <w:rFonts w:cs="Arial"/>
              </w:rPr>
              <w:t>. If these components are not yet established, additional assessment and planning should occur first.</w:t>
            </w:r>
            <w:r w:rsidR="003B0E2E" w:rsidRPr="00C23396">
              <w:rPr>
                <w:rFonts w:cs="Arial"/>
              </w:rPr>
              <w:t xml:space="preserve"> </w:t>
            </w:r>
            <w:r w:rsidRPr="00C23396">
              <w:rPr>
                <w:rFonts w:cs="Arial"/>
              </w:rPr>
              <w:t>E</w:t>
            </w:r>
            <w:r w:rsidR="006A0D54">
              <w:rPr>
                <w:rFonts w:cs="Arial"/>
              </w:rPr>
              <w:t xml:space="preserve">ducation and </w:t>
            </w:r>
            <w:r w:rsidRPr="00C23396">
              <w:rPr>
                <w:rFonts w:cs="Arial"/>
              </w:rPr>
              <w:t>C</w:t>
            </w:r>
            <w:r w:rsidR="006A0D54">
              <w:rPr>
                <w:rFonts w:cs="Arial"/>
              </w:rPr>
              <w:t xml:space="preserve">areer </w:t>
            </w:r>
            <w:r w:rsidRPr="00C23396">
              <w:rPr>
                <w:rFonts w:cs="Arial"/>
              </w:rPr>
              <w:t>A</w:t>
            </w:r>
            <w:r w:rsidR="006A0D54">
              <w:rPr>
                <w:rFonts w:cs="Arial"/>
              </w:rPr>
              <w:t xml:space="preserve">ction </w:t>
            </w:r>
            <w:r w:rsidRPr="00C23396">
              <w:rPr>
                <w:rFonts w:cs="Arial"/>
              </w:rPr>
              <w:t>P</w:t>
            </w:r>
            <w:r w:rsidR="006A0D54">
              <w:rPr>
                <w:rFonts w:cs="Arial"/>
              </w:rPr>
              <w:t>lan</w:t>
            </w:r>
            <w:r w:rsidR="004A0BA5">
              <w:rPr>
                <w:rFonts w:cs="Arial"/>
              </w:rPr>
              <w:t xml:space="preserve"> (ECAP) </w:t>
            </w:r>
            <w:r w:rsidRPr="00C23396">
              <w:rPr>
                <w:rFonts w:cs="Arial"/>
              </w:rPr>
              <w:t>planning considerations may be embedded throughout this process; this is not an additional student checklist.</w:t>
            </w:r>
          </w:p>
          <w:p w14:paraId="668B5FC3" w14:textId="1DF2C2CE" w:rsidR="00D034F1" w:rsidRPr="00C23396" w:rsidRDefault="00A20190" w:rsidP="002E7F8F">
            <w:pPr>
              <w:spacing w:line="360" w:lineRule="auto"/>
              <w:rPr>
                <w:rFonts w:cs="Arial"/>
              </w:rPr>
            </w:pPr>
            <w:r w:rsidRPr="00A20190">
              <w:rPr>
                <w:rFonts w:cs="Arial"/>
              </w:rPr>
              <w:t xml:space="preserve">Note: Use of this tool does not guarantee compliance in transition planning for programmatic monitoring and/or dispute resolution procedures. </w:t>
            </w:r>
          </w:p>
        </w:tc>
      </w:tr>
    </w:tbl>
    <w:p w14:paraId="51B6C9FA" w14:textId="6DE600DA" w:rsidR="00D034F1" w:rsidRPr="00C23396" w:rsidRDefault="005249A4" w:rsidP="002E7F8F">
      <w:pPr>
        <w:pStyle w:val="Heading2"/>
        <w:spacing w:line="360" w:lineRule="auto"/>
        <w:rPr>
          <w:rFonts w:ascii="Arial" w:hAnsi="Arial" w:cs="Arial"/>
          <w:sz w:val="24"/>
          <w:szCs w:val="24"/>
        </w:rPr>
      </w:pPr>
      <w:r w:rsidRPr="00C23396">
        <w:rPr>
          <w:rFonts w:ascii="Arial" w:hAnsi="Arial" w:cs="Arial"/>
          <w:sz w:val="24"/>
          <w:szCs w:val="24"/>
        </w:rPr>
        <w:t>Supplemental Resources</w:t>
      </w:r>
    </w:p>
    <w:p w14:paraId="6C6F665E" w14:textId="77777777" w:rsidR="00D034F1" w:rsidRPr="00C23396" w:rsidRDefault="005249A4" w:rsidP="002E7F8F">
      <w:pPr>
        <w:pStyle w:val="ListBullet"/>
        <w:spacing w:line="360" w:lineRule="auto"/>
        <w:rPr>
          <w:rFonts w:cs="Arial"/>
        </w:rPr>
      </w:pPr>
      <w:hyperlink r:id="rId12">
        <w:r w:rsidRPr="00C23396">
          <w:rPr>
            <w:rFonts w:cs="Arial"/>
            <w:color w:val="0563C1"/>
            <w:u w:val="single"/>
          </w:rPr>
          <w:t>Az-TAS Frequently Asked Questions About Graduation for Students with Disabilities</w:t>
        </w:r>
      </w:hyperlink>
      <w:r w:rsidRPr="00C23396">
        <w:rPr>
          <w:rFonts w:cs="Arial"/>
        </w:rPr>
        <w:t>: State guidance on Arizona graduation requirements, federal regulations, and policy considerations for students with disabilities.</w:t>
      </w:r>
    </w:p>
    <w:p w14:paraId="08B7093B" w14:textId="7E5ACFD5" w:rsidR="00D034F1" w:rsidRPr="00C23396" w:rsidRDefault="005249A4" w:rsidP="002E7F8F">
      <w:pPr>
        <w:pStyle w:val="ListBullet"/>
        <w:spacing w:line="360" w:lineRule="auto"/>
        <w:rPr>
          <w:rFonts w:cs="Arial"/>
        </w:rPr>
      </w:pPr>
      <w:hyperlink r:id="rId13">
        <w:r w:rsidRPr="00C23396">
          <w:rPr>
            <w:rFonts w:cs="Arial"/>
            <w:color w:val="0563C1"/>
            <w:u w:val="single"/>
          </w:rPr>
          <w:t>NTACT:C Part B Indicator 13 Checklist</w:t>
        </w:r>
      </w:hyperlink>
      <w:r w:rsidRPr="00C23396">
        <w:rPr>
          <w:rFonts w:cs="Arial"/>
        </w:rPr>
        <w:t>: A compliance-focused tool to verify required Indicator 13 transition components, including alignment among MPGs, services, and Course of Study.</w:t>
      </w:r>
      <w:r w:rsidR="00963659" w:rsidRPr="00C23396">
        <w:rPr>
          <w:rFonts w:cs="Arial"/>
        </w:rPr>
        <w:t xml:space="preserve"> </w:t>
      </w:r>
    </w:p>
    <w:p w14:paraId="70E9D141" w14:textId="77777777" w:rsidR="00D034F1" w:rsidRPr="00C23396" w:rsidRDefault="005249A4" w:rsidP="002E7F8F">
      <w:pPr>
        <w:pStyle w:val="ListBullet"/>
        <w:spacing w:line="360" w:lineRule="auto"/>
        <w:rPr>
          <w:rFonts w:cs="Arial"/>
        </w:rPr>
      </w:pPr>
      <w:hyperlink r:id="rId14">
        <w:r w:rsidRPr="00C23396">
          <w:rPr>
            <w:rFonts w:cs="Arial"/>
            <w:color w:val="0563C1"/>
            <w:u w:val="single"/>
          </w:rPr>
          <w:t>Secondary Transition Planning Grid</w:t>
        </w:r>
      </w:hyperlink>
      <w:r w:rsidRPr="00C23396">
        <w:rPr>
          <w:rFonts w:cs="Arial"/>
        </w:rPr>
        <w:t>: A planning tool that outlines requirements and expectations for transition plan development across high school years.</w:t>
      </w:r>
    </w:p>
    <w:p w14:paraId="7761617D" w14:textId="77777777" w:rsidR="00696F0D" w:rsidRDefault="00696F0D">
      <w:pPr>
        <w:rPr>
          <w:rFonts w:eastAsiaTheme="majorEastAsia" w:cs="Arial"/>
          <w:b/>
          <w:bCs/>
          <w:color w:val="365F91" w:themeColor="accent1" w:themeShade="BF"/>
          <w:sz w:val="28"/>
          <w:szCs w:val="28"/>
        </w:rPr>
      </w:pPr>
      <w:r>
        <w:rPr>
          <w:rFonts w:cs="Arial"/>
        </w:rPr>
        <w:br w:type="page"/>
      </w:r>
    </w:p>
    <w:p w14:paraId="550DACFD" w14:textId="49A91A43" w:rsidR="00D034F1" w:rsidRPr="00C23396" w:rsidRDefault="005249A4" w:rsidP="002E7F8F">
      <w:pPr>
        <w:pStyle w:val="Heading1"/>
        <w:spacing w:line="360" w:lineRule="auto"/>
        <w:rPr>
          <w:rFonts w:ascii="Arial" w:hAnsi="Arial" w:cs="Arial"/>
        </w:rPr>
      </w:pPr>
      <w:r w:rsidRPr="00C23396">
        <w:rPr>
          <w:rFonts w:ascii="Arial" w:hAnsi="Arial" w:cs="Arial"/>
        </w:rPr>
        <w:lastRenderedPageBreak/>
        <w:t>Section 1: Student Profile and Transition Planning Foundation</w:t>
      </w:r>
    </w:p>
    <w:p w14:paraId="08B241DA" w14:textId="76A8299B" w:rsidR="00D034F1" w:rsidRPr="00C23396" w:rsidRDefault="005249A4" w:rsidP="002E7F8F">
      <w:pPr>
        <w:spacing w:line="360" w:lineRule="auto"/>
        <w:rPr>
          <w:rFonts w:cs="Arial"/>
        </w:rPr>
      </w:pPr>
      <w:r w:rsidRPr="00C23396">
        <w:rPr>
          <w:rFonts w:cs="Arial"/>
        </w:rPr>
        <w:t xml:space="preserve">Use this section to ground planning in the student’s strengths, preferences, interests, current goals, and identified IEP needs. </w:t>
      </w:r>
      <w:r w:rsidRPr="00C23396">
        <w:rPr>
          <w:rFonts w:cs="Arial"/>
          <w:i/>
        </w:rPr>
        <w:t>The information in this section should directly inform the Course of Study planned in Sections 2–</w:t>
      </w:r>
      <w:r w:rsidR="00F139DD" w:rsidRPr="00C23396">
        <w:rPr>
          <w:rFonts w:cs="Arial"/>
          <w:i/>
        </w:rPr>
        <w:t>3</w:t>
      </w:r>
    </w:p>
    <w:tbl>
      <w:tblPr>
        <w:tblStyle w:val="TableGrid"/>
        <w:tblW w:w="14125" w:type="dxa"/>
        <w:tblLook w:val="04A0" w:firstRow="1" w:lastRow="0" w:firstColumn="1" w:lastColumn="0" w:noHBand="0" w:noVBand="1"/>
      </w:tblPr>
      <w:tblGrid>
        <w:gridCol w:w="3460"/>
        <w:gridCol w:w="3460"/>
        <w:gridCol w:w="7205"/>
      </w:tblGrid>
      <w:tr w:rsidR="00D034F1" w:rsidRPr="00C23396" w14:paraId="031828C9" w14:textId="77777777" w:rsidTr="00167DC9">
        <w:trPr>
          <w:trHeight w:val="163"/>
        </w:trPr>
        <w:tc>
          <w:tcPr>
            <w:tcW w:w="3460" w:type="dxa"/>
            <w:shd w:val="clear" w:color="auto" w:fill="D9E2F3"/>
          </w:tcPr>
          <w:p w14:paraId="3994F6CD" w14:textId="77777777" w:rsidR="00D034F1" w:rsidRPr="00C23396" w:rsidRDefault="005249A4" w:rsidP="002E7F8F">
            <w:pPr>
              <w:spacing w:line="360" w:lineRule="auto"/>
              <w:rPr>
                <w:rFonts w:cs="Arial"/>
                <w:szCs w:val="21"/>
              </w:rPr>
            </w:pPr>
            <w:r w:rsidRPr="00C23396">
              <w:rPr>
                <w:rFonts w:cs="Arial"/>
                <w:b/>
                <w:szCs w:val="21"/>
              </w:rPr>
              <w:t>Student Name</w:t>
            </w:r>
          </w:p>
        </w:tc>
        <w:tc>
          <w:tcPr>
            <w:tcW w:w="3460" w:type="dxa"/>
            <w:shd w:val="clear" w:color="auto" w:fill="D9E2F3"/>
          </w:tcPr>
          <w:p w14:paraId="22CCEF91" w14:textId="77777777" w:rsidR="00D034F1" w:rsidRPr="00C23396" w:rsidRDefault="005249A4" w:rsidP="002E7F8F">
            <w:pPr>
              <w:spacing w:line="360" w:lineRule="auto"/>
              <w:rPr>
                <w:rFonts w:cs="Arial"/>
                <w:szCs w:val="21"/>
              </w:rPr>
            </w:pPr>
            <w:r w:rsidRPr="00C23396">
              <w:rPr>
                <w:rFonts w:cs="Arial"/>
                <w:b/>
                <w:szCs w:val="21"/>
              </w:rPr>
              <w:t>Grade/Age</w:t>
            </w:r>
          </w:p>
        </w:tc>
        <w:tc>
          <w:tcPr>
            <w:tcW w:w="7205" w:type="dxa"/>
            <w:shd w:val="clear" w:color="auto" w:fill="D9E2F3"/>
          </w:tcPr>
          <w:p w14:paraId="2B0F4007" w14:textId="77777777" w:rsidR="00D034F1" w:rsidRPr="00C23396" w:rsidRDefault="005249A4" w:rsidP="002E7F8F">
            <w:pPr>
              <w:spacing w:line="360" w:lineRule="auto"/>
              <w:rPr>
                <w:rFonts w:cs="Arial"/>
                <w:szCs w:val="21"/>
              </w:rPr>
            </w:pPr>
            <w:r w:rsidRPr="00C23396">
              <w:rPr>
                <w:rFonts w:cs="Arial"/>
                <w:b/>
                <w:szCs w:val="21"/>
              </w:rPr>
              <w:t>IEP Date</w:t>
            </w:r>
          </w:p>
        </w:tc>
      </w:tr>
      <w:tr w:rsidR="00D034F1" w:rsidRPr="00C23396" w14:paraId="634A76E2" w14:textId="77777777" w:rsidTr="00167DC9">
        <w:trPr>
          <w:trHeight w:val="339"/>
        </w:trPr>
        <w:tc>
          <w:tcPr>
            <w:tcW w:w="3460" w:type="dxa"/>
          </w:tcPr>
          <w:p w14:paraId="50E14B22" w14:textId="5C52F196" w:rsidR="00D034F1" w:rsidRPr="00C23396" w:rsidRDefault="005249A4" w:rsidP="002E7F8F">
            <w:pPr>
              <w:spacing w:line="360" w:lineRule="auto"/>
              <w:rPr>
                <w:rFonts w:cs="Arial"/>
                <w:szCs w:val="21"/>
              </w:rPr>
            </w:pPr>
            <w:r w:rsidRPr="00C23396">
              <w:rPr>
                <w:rFonts w:cs="Arial"/>
                <w:szCs w:val="21"/>
              </w:rPr>
              <w:t xml:space="preserve"> </w:t>
            </w:r>
            <w:r w:rsidR="00117864" w:rsidRPr="00C23396">
              <w:rPr>
                <w:rFonts w:cs="Arial"/>
                <w:szCs w:val="21"/>
              </w:rPr>
              <w:fldChar w:fldCharType="begin">
                <w:ffData>
                  <w:name w:val="Text1"/>
                  <w:enabled/>
                  <w:calcOnExit w:val="0"/>
                  <w:textInput/>
                </w:ffData>
              </w:fldChar>
            </w:r>
            <w:bookmarkStart w:id="0" w:name="Text1"/>
            <w:r w:rsidR="00117864" w:rsidRPr="00C23396">
              <w:rPr>
                <w:rFonts w:cs="Arial"/>
                <w:szCs w:val="21"/>
              </w:rPr>
              <w:instrText xml:space="preserve"> FORMTEXT </w:instrText>
            </w:r>
            <w:r w:rsidR="00117864" w:rsidRPr="00C23396">
              <w:rPr>
                <w:rFonts w:cs="Arial"/>
                <w:szCs w:val="21"/>
              </w:rPr>
            </w:r>
            <w:r w:rsidR="00117864" w:rsidRPr="00C23396">
              <w:rPr>
                <w:rFonts w:cs="Arial"/>
                <w:szCs w:val="21"/>
              </w:rPr>
              <w:fldChar w:fldCharType="separate"/>
            </w:r>
            <w:r w:rsidR="00117864" w:rsidRPr="00C23396">
              <w:rPr>
                <w:rFonts w:cs="Arial"/>
                <w:noProof/>
                <w:szCs w:val="21"/>
              </w:rPr>
              <w:t> </w:t>
            </w:r>
            <w:r w:rsidR="00117864" w:rsidRPr="00C23396">
              <w:rPr>
                <w:rFonts w:cs="Arial"/>
                <w:noProof/>
                <w:szCs w:val="21"/>
              </w:rPr>
              <w:t> </w:t>
            </w:r>
            <w:r w:rsidR="00117864" w:rsidRPr="00C23396">
              <w:rPr>
                <w:rFonts w:cs="Arial"/>
                <w:noProof/>
                <w:szCs w:val="21"/>
              </w:rPr>
              <w:t> </w:t>
            </w:r>
            <w:r w:rsidR="00117864" w:rsidRPr="00C23396">
              <w:rPr>
                <w:rFonts w:cs="Arial"/>
                <w:noProof/>
                <w:szCs w:val="21"/>
              </w:rPr>
              <w:t> </w:t>
            </w:r>
            <w:r w:rsidR="00117864" w:rsidRPr="00C23396">
              <w:rPr>
                <w:rFonts w:cs="Arial"/>
                <w:noProof/>
                <w:szCs w:val="21"/>
              </w:rPr>
              <w:t> </w:t>
            </w:r>
            <w:r w:rsidR="00117864" w:rsidRPr="00C23396">
              <w:rPr>
                <w:rFonts w:cs="Arial"/>
                <w:szCs w:val="21"/>
              </w:rPr>
              <w:fldChar w:fldCharType="end"/>
            </w:r>
            <w:bookmarkEnd w:id="0"/>
          </w:p>
        </w:tc>
        <w:tc>
          <w:tcPr>
            <w:tcW w:w="3460" w:type="dxa"/>
          </w:tcPr>
          <w:p w14:paraId="6E0C4652" w14:textId="3ED4DBA5" w:rsidR="00D034F1" w:rsidRPr="00C23396" w:rsidRDefault="005249A4" w:rsidP="002E7F8F">
            <w:pPr>
              <w:spacing w:line="360" w:lineRule="auto"/>
              <w:rPr>
                <w:rFonts w:cs="Arial"/>
                <w:szCs w:val="21"/>
              </w:rPr>
            </w:pPr>
            <w:r w:rsidRPr="00C23396">
              <w:rPr>
                <w:rFonts w:cs="Arial"/>
                <w:szCs w:val="21"/>
              </w:rPr>
              <w:t xml:space="preserve"> </w:t>
            </w:r>
            <w:r w:rsidR="00117864" w:rsidRPr="00C23396">
              <w:rPr>
                <w:rFonts w:cs="Arial"/>
                <w:szCs w:val="21"/>
              </w:rPr>
              <w:fldChar w:fldCharType="begin">
                <w:ffData>
                  <w:name w:val="Text1"/>
                  <w:enabled/>
                  <w:calcOnExit w:val="0"/>
                  <w:textInput/>
                </w:ffData>
              </w:fldChar>
            </w:r>
            <w:r w:rsidR="00117864" w:rsidRPr="00C23396">
              <w:rPr>
                <w:rFonts w:cs="Arial"/>
                <w:szCs w:val="21"/>
              </w:rPr>
              <w:instrText xml:space="preserve"> FORMTEXT </w:instrText>
            </w:r>
            <w:r w:rsidR="00117864" w:rsidRPr="00C23396">
              <w:rPr>
                <w:rFonts w:cs="Arial"/>
                <w:szCs w:val="21"/>
              </w:rPr>
            </w:r>
            <w:r w:rsidR="00117864" w:rsidRPr="00C23396">
              <w:rPr>
                <w:rFonts w:cs="Arial"/>
                <w:szCs w:val="21"/>
              </w:rPr>
              <w:fldChar w:fldCharType="separate"/>
            </w:r>
            <w:r w:rsidR="00117864" w:rsidRPr="00C23396">
              <w:rPr>
                <w:rFonts w:cs="Arial"/>
                <w:noProof/>
                <w:szCs w:val="21"/>
              </w:rPr>
              <w:t> </w:t>
            </w:r>
            <w:r w:rsidR="00117864" w:rsidRPr="00C23396">
              <w:rPr>
                <w:rFonts w:cs="Arial"/>
                <w:noProof/>
                <w:szCs w:val="21"/>
              </w:rPr>
              <w:t> </w:t>
            </w:r>
            <w:r w:rsidR="00117864" w:rsidRPr="00C23396">
              <w:rPr>
                <w:rFonts w:cs="Arial"/>
                <w:noProof/>
                <w:szCs w:val="21"/>
              </w:rPr>
              <w:t> </w:t>
            </w:r>
            <w:r w:rsidR="00117864" w:rsidRPr="00C23396">
              <w:rPr>
                <w:rFonts w:cs="Arial"/>
                <w:noProof/>
                <w:szCs w:val="21"/>
              </w:rPr>
              <w:t> </w:t>
            </w:r>
            <w:r w:rsidR="00117864" w:rsidRPr="00C23396">
              <w:rPr>
                <w:rFonts w:cs="Arial"/>
                <w:noProof/>
                <w:szCs w:val="21"/>
              </w:rPr>
              <w:t> </w:t>
            </w:r>
            <w:r w:rsidR="00117864" w:rsidRPr="00C23396">
              <w:rPr>
                <w:rFonts w:cs="Arial"/>
                <w:szCs w:val="21"/>
              </w:rPr>
              <w:fldChar w:fldCharType="end"/>
            </w:r>
          </w:p>
        </w:tc>
        <w:tc>
          <w:tcPr>
            <w:tcW w:w="7205" w:type="dxa"/>
          </w:tcPr>
          <w:p w14:paraId="67F2A901" w14:textId="06FB1A3E" w:rsidR="00D034F1" w:rsidRPr="00C23396" w:rsidRDefault="005249A4" w:rsidP="002E7F8F">
            <w:pPr>
              <w:spacing w:line="360" w:lineRule="auto"/>
              <w:rPr>
                <w:rFonts w:cs="Arial"/>
                <w:szCs w:val="21"/>
              </w:rPr>
            </w:pPr>
            <w:r w:rsidRPr="00C23396">
              <w:rPr>
                <w:rFonts w:cs="Arial"/>
                <w:szCs w:val="21"/>
              </w:rPr>
              <w:t xml:space="preserve"> </w:t>
            </w:r>
            <w:r w:rsidR="00117864" w:rsidRPr="00C23396">
              <w:rPr>
                <w:rFonts w:cs="Arial"/>
                <w:szCs w:val="21"/>
              </w:rPr>
              <w:fldChar w:fldCharType="begin">
                <w:ffData>
                  <w:name w:val="Text1"/>
                  <w:enabled/>
                  <w:calcOnExit w:val="0"/>
                  <w:textInput/>
                </w:ffData>
              </w:fldChar>
            </w:r>
            <w:r w:rsidR="00117864" w:rsidRPr="00C23396">
              <w:rPr>
                <w:rFonts w:cs="Arial"/>
                <w:szCs w:val="21"/>
              </w:rPr>
              <w:instrText xml:space="preserve"> FORMTEXT </w:instrText>
            </w:r>
            <w:r w:rsidR="00117864" w:rsidRPr="00C23396">
              <w:rPr>
                <w:rFonts w:cs="Arial"/>
                <w:szCs w:val="21"/>
              </w:rPr>
            </w:r>
            <w:r w:rsidR="00117864" w:rsidRPr="00C23396">
              <w:rPr>
                <w:rFonts w:cs="Arial"/>
                <w:szCs w:val="21"/>
              </w:rPr>
              <w:fldChar w:fldCharType="separate"/>
            </w:r>
            <w:r w:rsidR="00117864" w:rsidRPr="00C23396">
              <w:rPr>
                <w:rFonts w:cs="Arial"/>
                <w:noProof/>
                <w:szCs w:val="21"/>
              </w:rPr>
              <w:t> </w:t>
            </w:r>
            <w:r w:rsidR="00117864" w:rsidRPr="00C23396">
              <w:rPr>
                <w:rFonts w:cs="Arial"/>
                <w:noProof/>
                <w:szCs w:val="21"/>
              </w:rPr>
              <w:t> </w:t>
            </w:r>
            <w:r w:rsidR="00117864" w:rsidRPr="00C23396">
              <w:rPr>
                <w:rFonts w:cs="Arial"/>
                <w:noProof/>
                <w:szCs w:val="21"/>
              </w:rPr>
              <w:t> </w:t>
            </w:r>
            <w:r w:rsidR="00117864" w:rsidRPr="00C23396">
              <w:rPr>
                <w:rFonts w:cs="Arial"/>
                <w:noProof/>
                <w:szCs w:val="21"/>
              </w:rPr>
              <w:t> </w:t>
            </w:r>
            <w:r w:rsidR="00117864" w:rsidRPr="00C23396">
              <w:rPr>
                <w:rFonts w:cs="Arial"/>
                <w:noProof/>
                <w:szCs w:val="21"/>
              </w:rPr>
              <w:t> </w:t>
            </w:r>
            <w:r w:rsidR="00117864" w:rsidRPr="00C23396">
              <w:rPr>
                <w:rFonts w:cs="Arial"/>
                <w:szCs w:val="21"/>
              </w:rPr>
              <w:fldChar w:fldCharType="end"/>
            </w:r>
          </w:p>
        </w:tc>
      </w:tr>
    </w:tbl>
    <w:p w14:paraId="14307FCF" w14:textId="77777777" w:rsidR="003B5EE1" w:rsidRDefault="003B5EE1"/>
    <w:tbl>
      <w:tblPr>
        <w:tblStyle w:val="TableGrid"/>
        <w:tblW w:w="14125" w:type="dxa"/>
        <w:tblLook w:val="04A0" w:firstRow="1" w:lastRow="0" w:firstColumn="1" w:lastColumn="0" w:noHBand="0" w:noVBand="1"/>
      </w:tblPr>
      <w:tblGrid>
        <w:gridCol w:w="5191"/>
        <w:gridCol w:w="8934"/>
      </w:tblGrid>
      <w:tr w:rsidR="00D034F1" w:rsidRPr="00C23396" w14:paraId="49E7C578" w14:textId="77777777" w:rsidTr="00167DC9">
        <w:trPr>
          <w:trHeight w:val="659"/>
        </w:trPr>
        <w:tc>
          <w:tcPr>
            <w:tcW w:w="5191" w:type="dxa"/>
            <w:shd w:val="clear" w:color="auto" w:fill="D9E2F3"/>
          </w:tcPr>
          <w:p w14:paraId="3ABFAF0B" w14:textId="77777777" w:rsidR="00D034F1" w:rsidRPr="00C23396" w:rsidRDefault="005249A4" w:rsidP="002E7F8F">
            <w:pPr>
              <w:spacing w:line="360" w:lineRule="auto"/>
              <w:rPr>
                <w:rFonts w:cs="Arial"/>
                <w:szCs w:val="21"/>
              </w:rPr>
            </w:pPr>
            <w:r w:rsidRPr="00C23396">
              <w:rPr>
                <w:rFonts w:cs="Arial"/>
                <w:b/>
                <w:szCs w:val="21"/>
              </w:rPr>
              <w:t>Student strengths, preferences, and interests relevant to post-school planning</w:t>
            </w:r>
          </w:p>
        </w:tc>
        <w:tc>
          <w:tcPr>
            <w:tcW w:w="8934" w:type="dxa"/>
          </w:tcPr>
          <w:p w14:paraId="66AB04E5" w14:textId="3CA1EF60" w:rsidR="00D034F1" w:rsidRPr="00C23396" w:rsidRDefault="005249A4" w:rsidP="002E7F8F">
            <w:pPr>
              <w:spacing w:line="360" w:lineRule="auto"/>
              <w:rPr>
                <w:rFonts w:cs="Arial"/>
                <w:szCs w:val="21"/>
              </w:rPr>
            </w:pPr>
            <w:r w:rsidRPr="00C23396">
              <w:rPr>
                <w:rFonts w:cs="Arial"/>
                <w:szCs w:val="21"/>
              </w:rPr>
              <w:t xml:space="preserve"> </w:t>
            </w:r>
            <w:r w:rsidR="00117864" w:rsidRPr="00C23396">
              <w:rPr>
                <w:rFonts w:cs="Arial"/>
                <w:szCs w:val="21"/>
              </w:rPr>
              <w:fldChar w:fldCharType="begin">
                <w:ffData>
                  <w:name w:val="Text1"/>
                  <w:enabled/>
                  <w:calcOnExit w:val="0"/>
                  <w:textInput/>
                </w:ffData>
              </w:fldChar>
            </w:r>
            <w:r w:rsidR="00117864" w:rsidRPr="00C23396">
              <w:rPr>
                <w:rFonts w:cs="Arial"/>
                <w:szCs w:val="21"/>
              </w:rPr>
              <w:instrText xml:space="preserve"> FORMTEXT </w:instrText>
            </w:r>
            <w:r w:rsidR="00117864" w:rsidRPr="00C23396">
              <w:rPr>
                <w:rFonts w:cs="Arial"/>
                <w:szCs w:val="21"/>
              </w:rPr>
            </w:r>
            <w:r w:rsidR="00117864" w:rsidRPr="00C23396">
              <w:rPr>
                <w:rFonts w:cs="Arial"/>
                <w:szCs w:val="21"/>
              </w:rPr>
              <w:fldChar w:fldCharType="separate"/>
            </w:r>
            <w:r w:rsidR="00C23396" w:rsidRPr="00C23396">
              <w:rPr>
                <w:rFonts w:cs="Arial"/>
                <w:szCs w:val="21"/>
              </w:rPr>
              <w:t> </w:t>
            </w:r>
            <w:r w:rsidR="00C23396" w:rsidRPr="00C23396">
              <w:rPr>
                <w:rFonts w:cs="Arial"/>
                <w:szCs w:val="21"/>
              </w:rPr>
              <w:t> </w:t>
            </w:r>
            <w:r w:rsidR="00C23396" w:rsidRPr="00C23396">
              <w:rPr>
                <w:rFonts w:cs="Arial"/>
                <w:szCs w:val="21"/>
              </w:rPr>
              <w:t> </w:t>
            </w:r>
            <w:r w:rsidR="00C23396" w:rsidRPr="00C23396">
              <w:rPr>
                <w:rFonts w:cs="Arial"/>
                <w:szCs w:val="21"/>
              </w:rPr>
              <w:t> </w:t>
            </w:r>
            <w:r w:rsidR="00C23396" w:rsidRPr="00C23396">
              <w:rPr>
                <w:rFonts w:cs="Arial"/>
                <w:szCs w:val="21"/>
              </w:rPr>
              <w:t> </w:t>
            </w:r>
            <w:r w:rsidR="00117864" w:rsidRPr="00C23396">
              <w:rPr>
                <w:rFonts w:cs="Arial"/>
                <w:szCs w:val="21"/>
              </w:rPr>
              <w:fldChar w:fldCharType="end"/>
            </w:r>
          </w:p>
        </w:tc>
      </w:tr>
      <w:tr w:rsidR="00D034F1" w:rsidRPr="00C23396" w14:paraId="4B764EC6" w14:textId="77777777" w:rsidTr="00167DC9">
        <w:trPr>
          <w:trHeight w:val="679"/>
        </w:trPr>
        <w:tc>
          <w:tcPr>
            <w:tcW w:w="5191" w:type="dxa"/>
            <w:shd w:val="clear" w:color="auto" w:fill="D9E2F3"/>
          </w:tcPr>
          <w:p w14:paraId="5B8F653C" w14:textId="77777777" w:rsidR="00D034F1" w:rsidRPr="00C23396" w:rsidRDefault="005249A4" w:rsidP="002E7F8F">
            <w:pPr>
              <w:spacing w:line="360" w:lineRule="auto"/>
              <w:rPr>
                <w:rFonts w:cs="Arial"/>
                <w:szCs w:val="21"/>
              </w:rPr>
            </w:pPr>
            <w:r w:rsidRPr="00C23396">
              <w:rPr>
                <w:rFonts w:cs="Arial"/>
                <w:b/>
                <w:szCs w:val="21"/>
              </w:rPr>
              <w:t>Student voice (aspirations, concerns, motivators, priorities)</w:t>
            </w:r>
          </w:p>
        </w:tc>
        <w:tc>
          <w:tcPr>
            <w:tcW w:w="8934" w:type="dxa"/>
          </w:tcPr>
          <w:p w14:paraId="272B8411" w14:textId="77777777" w:rsidR="00D034F1" w:rsidRPr="00C23396" w:rsidRDefault="005249A4" w:rsidP="002E7F8F">
            <w:pPr>
              <w:spacing w:line="360" w:lineRule="auto"/>
              <w:rPr>
                <w:rFonts w:cs="Arial"/>
                <w:szCs w:val="21"/>
              </w:rPr>
            </w:pPr>
            <w:r w:rsidRPr="00C23396">
              <w:rPr>
                <w:rFonts w:cs="Arial"/>
                <w:szCs w:val="21"/>
              </w:rPr>
              <w:t xml:space="preserve"> </w:t>
            </w:r>
          </w:p>
        </w:tc>
      </w:tr>
      <w:tr w:rsidR="00D034F1" w:rsidRPr="00C23396" w14:paraId="38651F44" w14:textId="77777777" w:rsidTr="00167DC9">
        <w:trPr>
          <w:trHeight w:val="339"/>
        </w:trPr>
        <w:tc>
          <w:tcPr>
            <w:tcW w:w="5191" w:type="dxa"/>
            <w:shd w:val="clear" w:color="auto" w:fill="D9E2F3"/>
          </w:tcPr>
          <w:p w14:paraId="14B8F087" w14:textId="4F32E590" w:rsidR="00D034F1" w:rsidRPr="00C23396" w:rsidRDefault="005249A4" w:rsidP="002E7F8F">
            <w:pPr>
              <w:spacing w:line="360" w:lineRule="auto"/>
              <w:rPr>
                <w:rFonts w:cs="Arial"/>
                <w:szCs w:val="21"/>
              </w:rPr>
            </w:pPr>
            <w:r w:rsidRPr="00C23396">
              <w:rPr>
                <w:rFonts w:cs="Arial"/>
                <w:b/>
                <w:szCs w:val="21"/>
              </w:rPr>
              <w:t>Measurable Postsecondary Goals (MPGs)</w:t>
            </w:r>
          </w:p>
        </w:tc>
        <w:tc>
          <w:tcPr>
            <w:tcW w:w="8934" w:type="dxa"/>
            <w:shd w:val="clear" w:color="auto" w:fill="D9E2F3"/>
          </w:tcPr>
          <w:p w14:paraId="15F0226B" w14:textId="77777777" w:rsidR="00D034F1" w:rsidRPr="00C23396" w:rsidRDefault="005249A4" w:rsidP="002E7F8F">
            <w:pPr>
              <w:spacing w:line="360" w:lineRule="auto"/>
              <w:rPr>
                <w:rFonts w:cs="Arial"/>
                <w:szCs w:val="21"/>
              </w:rPr>
            </w:pPr>
            <w:r w:rsidRPr="00C23396">
              <w:rPr>
                <w:rFonts w:cs="Arial"/>
                <w:szCs w:val="21"/>
              </w:rPr>
              <w:t>List the student’s current MPGs.</w:t>
            </w:r>
          </w:p>
        </w:tc>
      </w:tr>
      <w:tr w:rsidR="00D034F1" w:rsidRPr="00C23396" w14:paraId="09707B79" w14:textId="77777777" w:rsidTr="00167DC9">
        <w:trPr>
          <w:trHeight w:val="339"/>
        </w:trPr>
        <w:tc>
          <w:tcPr>
            <w:tcW w:w="5191" w:type="dxa"/>
          </w:tcPr>
          <w:p w14:paraId="1A6D369E" w14:textId="77777777" w:rsidR="00D034F1" w:rsidRPr="00C23396" w:rsidRDefault="005249A4" w:rsidP="002E7F8F">
            <w:pPr>
              <w:spacing w:line="360" w:lineRule="auto"/>
              <w:rPr>
                <w:rFonts w:cs="Arial"/>
                <w:szCs w:val="21"/>
              </w:rPr>
            </w:pPr>
            <w:r w:rsidRPr="00C23396">
              <w:rPr>
                <w:rFonts w:cs="Arial"/>
                <w:b/>
                <w:szCs w:val="21"/>
              </w:rPr>
              <w:t>Employment</w:t>
            </w:r>
          </w:p>
        </w:tc>
        <w:tc>
          <w:tcPr>
            <w:tcW w:w="8934" w:type="dxa"/>
          </w:tcPr>
          <w:p w14:paraId="6AD506BD" w14:textId="798D5C5E" w:rsidR="00D034F1" w:rsidRPr="00C23396" w:rsidRDefault="005249A4" w:rsidP="002E7F8F">
            <w:pPr>
              <w:spacing w:line="360" w:lineRule="auto"/>
              <w:rPr>
                <w:rFonts w:cs="Arial"/>
                <w:szCs w:val="21"/>
              </w:rPr>
            </w:pPr>
            <w:r w:rsidRPr="00C23396">
              <w:rPr>
                <w:rFonts w:cs="Arial"/>
                <w:szCs w:val="21"/>
              </w:rPr>
              <w:t xml:space="preserve"> </w:t>
            </w:r>
            <w:r w:rsidR="00117864" w:rsidRPr="00C23396">
              <w:rPr>
                <w:rFonts w:cs="Arial"/>
                <w:szCs w:val="21"/>
              </w:rPr>
              <w:fldChar w:fldCharType="begin">
                <w:ffData>
                  <w:name w:val="Text1"/>
                  <w:enabled/>
                  <w:calcOnExit w:val="0"/>
                  <w:textInput/>
                </w:ffData>
              </w:fldChar>
            </w:r>
            <w:r w:rsidR="00117864" w:rsidRPr="00C23396">
              <w:rPr>
                <w:rFonts w:cs="Arial"/>
                <w:szCs w:val="21"/>
              </w:rPr>
              <w:instrText xml:space="preserve"> FORMTEXT </w:instrText>
            </w:r>
            <w:r w:rsidR="00117864" w:rsidRPr="00C23396">
              <w:rPr>
                <w:rFonts w:cs="Arial"/>
                <w:szCs w:val="21"/>
              </w:rPr>
            </w:r>
            <w:r w:rsidR="00117864" w:rsidRPr="00C23396">
              <w:rPr>
                <w:rFonts w:cs="Arial"/>
                <w:szCs w:val="21"/>
              </w:rPr>
              <w:fldChar w:fldCharType="separate"/>
            </w:r>
            <w:r w:rsidR="00117864" w:rsidRPr="00C23396">
              <w:rPr>
                <w:rFonts w:cs="Arial"/>
                <w:noProof/>
                <w:szCs w:val="21"/>
              </w:rPr>
              <w:t> </w:t>
            </w:r>
            <w:r w:rsidR="00117864" w:rsidRPr="00C23396">
              <w:rPr>
                <w:rFonts w:cs="Arial"/>
                <w:noProof/>
                <w:szCs w:val="21"/>
              </w:rPr>
              <w:t> </w:t>
            </w:r>
            <w:r w:rsidR="00117864" w:rsidRPr="00C23396">
              <w:rPr>
                <w:rFonts w:cs="Arial"/>
                <w:noProof/>
                <w:szCs w:val="21"/>
              </w:rPr>
              <w:t> </w:t>
            </w:r>
            <w:r w:rsidR="00117864" w:rsidRPr="00C23396">
              <w:rPr>
                <w:rFonts w:cs="Arial"/>
                <w:noProof/>
                <w:szCs w:val="21"/>
              </w:rPr>
              <w:t> </w:t>
            </w:r>
            <w:r w:rsidR="00117864" w:rsidRPr="00C23396">
              <w:rPr>
                <w:rFonts w:cs="Arial"/>
                <w:noProof/>
                <w:szCs w:val="21"/>
              </w:rPr>
              <w:t> </w:t>
            </w:r>
            <w:r w:rsidR="00117864" w:rsidRPr="00C23396">
              <w:rPr>
                <w:rFonts w:cs="Arial"/>
                <w:szCs w:val="21"/>
              </w:rPr>
              <w:fldChar w:fldCharType="end"/>
            </w:r>
          </w:p>
        </w:tc>
      </w:tr>
      <w:tr w:rsidR="00D034F1" w:rsidRPr="00C23396" w14:paraId="7D034334" w14:textId="77777777" w:rsidTr="00167DC9">
        <w:trPr>
          <w:trHeight w:val="339"/>
        </w:trPr>
        <w:tc>
          <w:tcPr>
            <w:tcW w:w="5191" w:type="dxa"/>
          </w:tcPr>
          <w:p w14:paraId="3B3D7958" w14:textId="77777777" w:rsidR="00D034F1" w:rsidRPr="00C23396" w:rsidRDefault="005249A4" w:rsidP="002E7F8F">
            <w:pPr>
              <w:spacing w:line="360" w:lineRule="auto"/>
              <w:rPr>
                <w:rFonts w:cs="Arial"/>
                <w:szCs w:val="21"/>
              </w:rPr>
            </w:pPr>
            <w:r w:rsidRPr="00C23396">
              <w:rPr>
                <w:rFonts w:cs="Arial"/>
                <w:b/>
                <w:szCs w:val="21"/>
              </w:rPr>
              <w:t>Education/Training</w:t>
            </w:r>
          </w:p>
        </w:tc>
        <w:tc>
          <w:tcPr>
            <w:tcW w:w="8934" w:type="dxa"/>
          </w:tcPr>
          <w:p w14:paraId="4064FB23" w14:textId="3F1D7264" w:rsidR="00D034F1" w:rsidRPr="00C23396" w:rsidRDefault="005249A4" w:rsidP="002E7F8F">
            <w:pPr>
              <w:spacing w:line="360" w:lineRule="auto"/>
              <w:rPr>
                <w:rFonts w:cs="Arial"/>
                <w:szCs w:val="21"/>
              </w:rPr>
            </w:pPr>
            <w:r w:rsidRPr="00C23396">
              <w:rPr>
                <w:rFonts w:cs="Arial"/>
                <w:szCs w:val="21"/>
              </w:rPr>
              <w:t xml:space="preserve"> </w:t>
            </w:r>
            <w:r w:rsidR="00117864" w:rsidRPr="00C23396">
              <w:rPr>
                <w:rFonts w:cs="Arial"/>
                <w:szCs w:val="21"/>
              </w:rPr>
              <w:fldChar w:fldCharType="begin">
                <w:ffData>
                  <w:name w:val="Text1"/>
                  <w:enabled/>
                  <w:calcOnExit w:val="0"/>
                  <w:textInput/>
                </w:ffData>
              </w:fldChar>
            </w:r>
            <w:r w:rsidR="00117864" w:rsidRPr="00C23396">
              <w:rPr>
                <w:rFonts w:cs="Arial"/>
                <w:szCs w:val="21"/>
              </w:rPr>
              <w:instrText xml:space="preserve"> FORMTEXT </w:instrText>
            </w:r>
            <w:r w:rsidR="00117864" w:rsidRPr="00C23396">
              <w:rPr>
                <w:rFonts w:cs="Arial"/>
                <w:szCs w:val="21"/>
              </w:rPr>
            </w:r>
            <w:r w:rsidR="00117864" w:rsidRPr="00C23396">
              <w:rPr>
                <w:rFonts w:cs="Arial"/>
                <w:szCs w:val="21"/>
              </w:rPr>
              <w:fldChar w:fldCharType="separate"/>
            </w:r>
            <w:r w:rsidR="00117864" w:rsidRPr="00C23396">
              <w:rPr>
                <w:rFonts w:cs="Arial"/>
                <w:noProof/>
                <w:szCs w:val="21"/>
              </w:rPr>
              <w:t> </w:t>
            </w:r>
            <w:r w:rsidR="00117864" w:rsidRPr="00C23396">
              <w:rPr>
                <w:rFonts w:cs="Arial"/>
                <w:noProof/>
                <w:szCs w:val="21"/>
              </w:rPr>
              <w:t> </w:t>
            </w:r>
            <w:r w:rsidR="00117864" w:rsidRPr="00C23396">
              <w:rPr>
                <w:rFonts w:cs="Arial"/>
                <w:noProof/>
                <w:szCs w:val="21"/>
              </w:rPr>
              <w:t> </w:t>
            </w:r>
            <w:r w:rsidR="00117864" w:rsidRPr="00C23396">
              <w:rPr>
                <w:rFonts w:cs="Arial"/>
                <w:noProof/>
                <w:szCs w:val="21"/>
              </w:rPr>
              <w:t> </w:t>
            </w:r>
            <w:r w:rsidR="00117864" w:rsidRPr="00C23396">
              <w:rPr>
                <w:rFonts w:cs="Arial"/>
                <w:noProof/>
                <w:szCs w:val="21"/>
              </w:rPr>
              <w:t> </w:t>
            </w:r>
            <w:r w:rsidR="00117864" w:rsidRPr="00C23396">
              <w:rPr>
                <w:rFonts w:cs="Arial"/>
                <w:szCs w:val="21"/>
              </w:rPr>
              <w:fldChar w:fldCharType="end"/>
            </w:r>
          </w:p>
        </w:tc>
      </w:tr>
      <w:tr w:rsidR="00D034F1" w:rsidRPr="00C23396" w14:paraId="39E4659D" w14:textId="77777777" w:rsidTr="00167DC9">
        <w:trPr>
          <w:trHeight w:val="318"/>
        </w:trPr>
        <w:tc>
          <w:tcPr>
            <w:tcW w:w="5191" w:type="dxa"/>
          </w:tcPr>
          <w:p w14:paraId="01362BC3" w14:textId="77777777" w:rsidR="00D034F1" w:rsidRPr="00C23396" w:rsidRDefault="005249A4" w:rsidP="002E7F8F">
            <w:pPr>
              <w:spacing w:line="360" w:lineRule="auto"/>
              <w:rPr>
                <w:rFonts w:cs="Arial"/>
                <w:szCs w:val="21"/>
              </w:rPr>
            </w:pPr>
            <w:r w:rsidRPr="00C23396">
              <w:rPr>
                <w:rFonts w:cs="Arial"/>
                <w:b/>
                <w:szCs w:val="21"/>
              </w:rPr>
              <w:t>Independent Living (if applicable)</w:t>
            </w:r>
          </w:p>
        </w:tc>
        <w:tc>
          <w:tcPr>
            <w:tcW w:w="8934" w:type="dxa"/>
          </w:tcPr>
          <w:p w14:paraId="163993B6" w14:textId="67BA4410" w:rsidR="00D034F1" w:rsidRPr="00C23396" w:rsidRDefault="005249A4" w:rsidP="002E7F8F">
            <w:pPr>
              <w:spacing w:line="360" w:lineRule="auto"/>
              <w:rPr>
                <w:rFonts w:cs="Arial"/>
                <w:szCs w:val="21"/>
              </w:rPr>
            </w:pPr>
            <w:r w:rsidRPr="00C23396">
              <w:rPr>
                <w:rFonts w:cs="Arial"/>
                <w:szCs w:val="21"/>
              </w:rPr>
              <w:t xml:space="preserve"> </w:t>
            </w:r>
            <w:r w:rsidR="00117864" w:rsidRPr="00C23396">
              <w:rPr>
                <w:rFonts w:cs="Arial"/>
                <w:szCs w:val="21"/>
              </w:rPr>
              <w:fldChar w:fldCharType="begin">
                <w:ffData>
                  <w:name w:val="Text1"/>
                  <w:enabled/>
                  <w:calcOnExit w:val="0"/>
                  <w:textInput/>
                </w:ffData>
              </w:fldChar>
            </w:r>
            <w:r w:rsidR="00117864" w:rsidRPr="00C23396">
              <w:rPr>
                <w:rFonts w:cs="Arial"/>
                <w:szCs w:val="21"/>
              </w:rPr>
              <w:instrText xml:space="preserve"> FORMTEXT </w:instrText>
            </w:r>
            <w:r w:rsidR="00117864" w:rsidRPr="00C23396">
              <w:rPr>
                <w:rFonts w:cs="Arial"/>
                <w:szCs w:val="21"/>
              </w:rPr>
            </w:r>
            <w:r w:rsidR="00117864" w:rsidRPr="00C23396">
              <w:rPr>
                <w:rFonts w:cs="Arial"/>
                <w:szCs w:val="21"/>
              </w:rPr>
              <w:fldChar w:fldCharType="separate"/>
            </w:r>
            <w:r w:rsidR="00117864" w:rsidRPr="00C23396">
              <w:rPr>
                <w:rFonts w:cs="Arial"/>
                <w:noProof/>
                <w:szCs w:val="21"/>
              </w:rPr>
              <w:t> </w:t>
            </w:r>
            <w:r w:rsidR="00117864" w:rsidRPr="00C23396">
              <w:rPr>
                <w:rFonts w:cs="Arial"/>
                <w:noProof/>
                <w:szCs w:val="21"/>
              </w:rPr>
              <w:t> </w:t>
            </w:r>
            <w:r w:rsidR="00117864" w:rsidRPr="00C23396">
              <w:rPr>
                <w:rFonts w:cs="Arial"/>
                <w:noProof/>
                <w:szCs w:val="21"/>
              </w:rPr>
              <w:t> </w:t>
            </w:r>
            <w:r w:rsidR="00117864" w:rsidRPr="00C23396">
              <w:rPr>
                <w:rFonts w:cs="Arial"/>
                <w:noProof/>
                <w:szCs w:val="21"/>
              </w:rPr>
              <w:t> </w:t>
            </w:r>
            <w:r w:rsidR="00117864" w:rsidRPr="00C23396">
              <w:rPr>
                <w:rFonts w:cs="Arial"/>
                <w:noProof/>
                <w:szCs w:val="21"/>
              </w:rPr>
              <w:t> </w:t>
            </w:r>
            <w:r w:rsidR="00117864" w:rsidRPr="00C23396">
              <w:rPr>
                <w:rFonts w:cs="Arial"/>
                <w:szCs w:val="21"/>
              </w:rPr>
              <w:fldChar w:fldCharType="end"/>
            </w:r>
          </w:p>
        </w:tc>
      </w:tr>
    </w:tbl>
    <w:p w14:paraId="0A1B1BBB" w14:textId="77777777" w:rsidR="00D034F1" w:rsidRPr="00C23396" w:rsidRDefault="005249A4" w:rsidP="002E7F8F">
      <w:pPr>
        <w:pStyle w:val="Heading3"/>
        <w:spacing w:line="360" w:lineRule="auto"/>
        <w:rPr>
          <w:rFonts w:ascii="Arial" w:hAnsi="Arial" w:cs="Arial"/>
        </w:rPr>
      </w:pPr>
      <w:r w:rsidRPr="00C23396">
        <w:rPr>
          <w:rFonts w:ascii="Arial" w:hAnsi="Arial" w:cs="Arial"/>
        </w:rPr>
        <w:t>1A. Identified IEP Needs That Should Be Addressed Through the Course of Study</w:t>
      </w:r>
    </w:p>
    <w:p w14:paraId="4D038F14" w14:textId="46724041" w:rsidR="00D034F1" w:rsidRPr="00C23396" w:rsidRDefault="005249A4" w:rsidP="002E7F8F">
      <w:pPr>
        <w:spacing w:line="360" w:lineRule="auto"/>
        <w:rPr>
          <w:rFonts w:cs="Arial"/>
        </w:rPr>
      </w:pPr>
      <w:r w:rsidRPr="00C23396">
        <w:rPr>
          <w:rFonts w:cs="Arial"/>
        </w:rPr>
        <w:t>List the student’s key academic, functional, communication, behavior/social, independent living, and/or transition-related needs identified in the PLAAFP and annual goals.</w:t>
      </w:r>
    </w:p>
    <w:tbl>
      <w:tblPr>
        <w:tblStyle w:val="TableGrid"/>
        <w:tblW w:w="14125" w:type="dxa"/>
        <w:tblLook w:val="04A0" w:firstRow="1" w:lastRow="0" w:firstColumn="1" w:lastColumn="0" w:noHBand="0" w:noVBand="1"/>
      </w:tblPr>
      <w:tblGrid>
        <w:gridCol w:w="2556"/>
        <w:gridCol w:w="2556"/>
        <w:gridCol w:w="2556"/>
        <w:gridCol w:w="6457"/>
      </w:tblGrid>
      <w:tr w:rsidR="00D034F1" w:rsidRPr="00C23396" w14:paraId="4DB99CE2" w14:textId="77777777" w:rsidTr="00167DC9">
        <w:tc>
          <w:tcPr>
            <w:tcW w:w="2556" w:type="dxa"/>
            <w:shd w:val="clear" w:color="auto" w:fill="D9E2F3"/>
          </w:tcPr>
          <w:p w14:paraId="1C94CA4F" w14:textId="77777777" w:rsidR="00D034F1" w:rsidRPr="00C23396" w:rsidRDefault="005249A4" w:rsidP="002E7F8F">
            <w:pPr>
              <w:spacing w:line="360" w:lineRule="auto"/>
              <w:rPr>
                <w:rFonts w:cs="Arial"/>
                <w:szCs w:val="21"/>
              </w:rPr>
            </w:pPr>
            <w:r w:rsidRPr="00C23396">
              <w:rPr>
                <w:rFonts w:cs="Arial"/>
                <w:b/>
                <w:szCs w:val="21"/>
              </w:rPr>
              <w:t>IEP Need Area</w:t>
            </w:r>
          </w:p>
        </w:tc>
        <w:tc>
          <w:tcPr>
            <w:tcW w:w="2556" w:type="dxa"/>
            <w:shd w:val="clear" w:color="auto" w:fill="D9E2F3"/>
          </w:tcPr>
          <w:p w14:paraId="1321FC96" w14:textId="77777777" w:rsidR="00D034F1" w:rsidRPr="00C23396" w:rsidRDefault="005249A4" w:rsidP="002E7F8F">
            <w:pPr>
              <w:spacing w:line="360" w:lineRule="auto"/>
              <w:rPr>
                <w:rFonts w:cs="Arial"/>
                <w:szCs w:val="21"/>
              </w:rPr>
            </w:pPr>
            <w:r w:rsidRPr="00C23396">
              <w:rPr>
                <w:rFonts w:cs="Arial"/>
                <w:b/>
                <w:szCs w:val="21"/>
              </w:rPr>
              <w:t>Specific Skill Need or PLAAFP Summary</w:t>
            </w:r>
          </w:p>
        </w:tc>
        <w:tc>
          <w:tcPr>
            <w:tcW w:w="2556" w:type="dxa"/>
            <w:shd w:val="clear" w:color="auto" w:fill="D9E2F3"/>
          </w:tcPr>
          <w:p w14:paraId="19E3CFB3" w14:textId="77777777" w:rsidR="00D034F1" w:rsidRPr="00C23396" w:rsidRDefault="005249A4" w:rsidP="002E7F8F">
            <w:pPr>
              <w:spacing w:line="360" w:lineRule="auto"/>
              <w:rPr>
                <w:rFonts w:cs="Arial"/>
                <w:szCs w:val="21"/>
              </w:rPr>
            </w:pPr>
            <w:r w:rsidRPr="00C23396">
              <w:rPr>
                <w:rFonts w:cs="Arial"/>
                <w:b/>
                <w:szCs w:val="21"/>
              </w:rPr>
              <w:t>Related Annual Goal(s), if applicable</w:t>
            </w:r>
          </w:p>
        </w:tc>
        <w:tc>
          <w:tcPr>
            <w:tcW w:w="6457" w:type="dxa"/>
            <w:shd w:val="clear" w:color="auto" w:fill="D9E2F3"/>
          </w:tcPr>
          <w:p w14:paraId="53A3CB43" w14:textId="77777777" w:rsidR="00D034F1" w:rsidRPr="00C23396" w:rsidRDefault="005249A4" w:rsidP="002E7F8F">
            <w:pPr>
              <w:spacing w:line="360" w:lineRule="auto"/>
              <w:rPr>
                <w:rFonts w:cs="Arial"/>
                <w:szCs w:val="21"/>
              </w:rPr>
            </w:pPr>
            <w:r w:rsidRPr="00C23396">
              <w:rPr>
                <w:rFonts w:cs="Arial"/>
                <w:b/>
                <w:szCs w:val="21"/>
              </w:rPr>
              <w:t>Why This Need Matters for Post-school Planning</w:t>
            </w:r>
          </w:p>
        </w:tc>
      </w:tr>
      <w:tr w:rsidR="00117864" w:rsidRPr="00C23396" w14:paraId="7BC3DA85" w14:textId="77777777" w:rsidTr="00D06C84">
        <w:trPr>
          <w:trHeight w:val="432"/>
        </w:trPr>
        <w:tc>
          <w:tcPr>
            <w:tcW w:w="2556" w:type="dxa"/>
          </w:tcPr>
          <w:p w14:paraId="64C4783F" w14:textId="7E17DA7F" w:rsidR="00117864" w:rsidRPr="00C23396" w:rsidRDefault="00117864" w:rsidP="00117864">
            <w:pPr>
              <w:spacing w:line="360" w:lineRule="auto"/>
              <w:rPr>
                <w:rFonts w:cs="Arial"/>
              </w:rPr>
            </w:pPr>
            <w:r w:rsidRPr="00C23396">
              <w:rPr>
                <w:rFonts w:cs="Arial"/>
              </w:rPr>
              <w:fldChar w:fldCharType="begin">
                <w:ffData>
                  <w:name w:val="Text1"/>
                  <w:enabled/>
                  <w:calcOnExit w:val="0"/>
                  <w:textInput/>
                </w:ffData>
              </w:fldChar>
            </w:r>
            <w:r w:rsidRPr="00C23396">
              <w:rPr>
                <w:rFonts w:cs="Arial"/>
              </w:rPr>
              <w:instrText xml:space="preserve"> FORMTEXT </w:instrText>
            </w:r>
            <w:r w:rsidRPr="00C23396">
              <w:rPr>
                <w:rFonts w:cs="Arial"/>
              </w:rPr>
            </w:r>
            <w:r w:rsidRPr="00C23396">
              <w:rPr>
                <w:rFonts w:cs="Arial"/>
              </w:rPr>
              <w:fldChar w:fldCharType="separate"/>
            </w:r>
            <w:r w:rsidRPr="00C23396">
              <w:rPr>
                <w:rFonts w:cs="Arial"/>
                <w:noProof/>
              </w:rPr>
              <w:t> </w:t>
            </w:r>
            <w:r w:rsidRPr="00C23396">
              <w:rPr>
                <w:rFonts w:cs="Arial"/>
                <w:noProof/>
              </w:rPr>
              <w:t> </w:t>
            </w:r>
            <w:r w:rsidRPr="00C23396">
              <w:rPr>
                <w:rFonts w:cs="Arial"/>
                <w:noProof/>
              </w:rPr>
              <w:t> </w:t>
            </w:r>
            <w:r w:rsidRPr="00C23396">
              <w:rPr>
                <w:rFonts w:cs="Arial"/>
                <w:noProof/>
              </w:rPr>
              <w:t> </w:t>
            </w:r>
            <w:r w:rsidRPr="00C23396">
              <w:rPr>
                <w:rFonts w:cs="Arial"/>
                <w:noProof/>
              </w:rPr>
              <w:t> </w:t>
            </w:r>
            <w:r w:rsidRPr="00C23396">
              <w:rPr>
                <w:rFonts w:cs="Arial"/>
              </w:rPr>
              <w:fldChar w:fldCharType="end"/>
            </w:r>
          </w:p>
        </w:tc>
        <w:tc>
          <w:tcPr>
            <w:tcW w:w="2556" w:type="dxa"/>
          </w:tcPr>
          <w:p w14:paraId="6045E32C" w14:textId="1BD3E497" w:rsidR="00117864" w:rsidRPr="00C23396" w:rsidRDefault="00117864" w:rsidP="00117864">
            <w:pPr>
              <w:spacing w:line="360" w:lineRule="auto"/>
              <w:rPr>
                <w:rFonts w:cs="Arial"/>
              </w:rPr>
            </w:pPr>
            <w:r w:rsidRPr="00C23396">
              <w:rPr>
                <w:rFonts w:cs="Arial"/>
              </w:rPr>
              <w:fldChar w:fldCharType="begin">
                <w:ffData>
                  <w:name w:val="Text1"/>
                  <w:enabled/>
                  <w:calcOnExit w:val="0"/>
                  <w:textInput/>
                </w:ffData>
              </w:fldChar>
            </w:r>
            <w:r w:rsidRPr="00C23396">
              <w:rPr>
                <w:rFonts w:cs="Arial"/>
              </w:rPr>
              <w:instrText xml:space="preserve"> FORMTEXT </w:instrText>
            </w:r>
            <w:r w:rsidRPr="00C23396">
              <w:rPr>
                <w:rFonts w:cs="Arial"/>
              </w:rPr>
            </w:r>
            <w:r w:rsidRPr="00C23396">
              <w:rPr>
                <w:rFonts w:cs="Arial"/>
              </w:rPr>
              <w:fldChar w:fldCharType="separate"/>
            </w:r>
            <w:r w:rsidRPr="00C23396">
              <w:rPr>
                <w:rFonts w:cs="Arial"/>
                <w:noProof/>
              </w:rPr>
              <w:t> </w:t>
            </w:r>
            <w:r w:rsidRPr="00C23396">
              <w:rPr>
                <w:rFonts w:cs="Arial"/>
                <w:noProof/>
              </w:rPr>
              <w:t> </w:t>
            </w:r>
            <w:r w:rsidRPr="00C23396">
              <w:rPr>
                <w:rFonts w:cs="Arial"/>
                <w:noProof/>
              </w:rPr>
              <w:t> </w:t>
            </w:r>
            <w:r w:rsidRPr="00C23396">
              <w:rPr>
                <w:rFonts w:cs="Arial"/>
                <w:noProof/>
              </w:rPr>
              <w:t> </w:t>
            </w:r>
            <w:r w:rsidRPr="00C23396">
              <w:rPr>
                <w:rFonts w:cs="Arial"/>
                <w:noProof/>
              </w:rPr>
              <w:t> </w:t>
            </w:r>
            <w:r w:rsidRPr="00C23396">
              <w:rPr>
                <w:rFonts w:cs="Arial"/>
              </w:rPr>
              <w:fldChar w:fldCharType="end"/>
            </w:r>
          </w:p>
        </w:tc>
        <w:tc>
          <w:tcPr>
            <w:tcW w:w="2556" w:type="dxa"/>
          </w:tcPr>
          <w:p w14:paraId="74290A77" w14:textId="2EBDF346" w:rsidR="00117864" w:rsidRPr="00C23396" w:rsidRDefault="00117864" w:rsidP="00117864">
            <w:pPr>
              <w:spacing w:line="360" w:lineRule="auto"/>
              <w:rPr>
                <w:rFonts w:cs="Arial"/>
              </w:rPr>
            </w:pPr>
            <w:r w:rsidRPr="00C23396">
              <w:rPr>
                <w:rFonts w:cs="Arial"/>
              </w:rPr>
              <w:fldChar w:fldCharType="begin">
                <w:ffData>
                  <w:name w:val="Text1"/>
                  <w:enabled/>
                  <w:calcOnExit w:val="0"/>
                  <w:textInput/>
                </w:ffData>
              </w:fldChar>
            </w:r>
            <w:r w:rsidRPr="00C23396">
              <w:rPr>
                <w:rFonts w:cs="Arial"/>
              </w:rPr>
              <w:instrText xml:space="preserve"> FORMTEXT </w:instrText>
            </w:r>
            <w:r w:rsidRPr="00C23396">
              <w:rPr>
                <w:rFonts w:cs="Arial"/>
              </w:rPr>
            </w:r>
            <w:r w:rsidRPr="00C23396">
              <w:rPr>
                <w:rFonts w:cs="Arial"/>
              </w:rPr>
              <w:fldChar w:fldCharType="separate"/>
            </w:r>
            <w:r w:rsidRPr="00C23396">
              <w:rPr>
                <w:rFonts w:cs="Arial"/>
                <w:noProof/>
              </w:rPr>
              <w:t> </w:t>
            </w:r>
            <w:r w:rsidRPr="00C23396">
              <w:rPr>
                <w:rFonts w:cs="Arial"/>
                <w:noProof/>
              </w:rPr>
              <w:t> </w:t>
            </w:r>
            <w:r w:rsidRPr="00C23396">
              <w:rPr>
                <w:rFonts w:cs="Arial"/>
                <w:noProof/>
              </w:rPr>
              <w:t> </w:t>
            </w:r>
            <w:r w:rsidRPr="00C23396">
              <w:rPr>
                <w:rFonts w:cs="Arial"/>
                <w:noProof/>
              </w:rPr>
              <w:t> </w:t>
            </w:r>
            <w:r w:rsidRPr="00C23396">
              <w:rPr>
                <w:rFonts w:cs="Arial"/>
                <w:noProof/>
              </w:rPr>
              <w:t> </w:t>
            </w:r>
            <w:r w:rsidRPr="00C23396">
              <w:rPr>
                <w:rFonts w:cs="Arial"/>
              </w:rPr>
              <w:fldChar w:fldCharType="end"/>
            </w:r>
          </w:p>
        </w:tc>
        <w:tc>
          <w:tcPr>
            <w:tcW w:w="6457" w:type="dxa"/>
          </w:tcPr>
          <w:p w14:paraId="65835E41" w14:textId="0AEDAE76" w:rsidR="00117864" w:rsidRPr="00C23396" w:rsidRDefault="00117864" w:rsidP="00117864">
            <w:pPr>
              <w:spacing w:line="360" w:lineRule="auto"/>
              <w:rPr>
                <w:rFonts w:cs="Arial"/>
              </w:rPr>
            </w:pPr>
            <w:r w:rsidRPr="00C23396">
              <w:rPr>
                <w:rFonts w:cs="Arial"/>
              </w:rPr>
              <w:fldChar w:fldCharType="begin">
                <w:ffData>
                  <w:name w:val="Text1"/>
                  <w:enabled/>
                  <w:calcOnExit w:val="0"/>
                  <w:textInput/>
                </w:ffData>
              </w:fldChar>
            </w:r>
            <w:r w:rsidRPr="00C23396">
              <w:rPr>
                <w:rFonts w:cs="Arial"/>
              </w:rPr>
              <w:instrText xml:space="preserve"> FORMTEXT </w:instrText>
            </w:r>
            <w:r w:rsidRPr="00C23396">
              <w:rPr>
                <w:rFonts w:cs="Arial"/>
              </w:rPr>
            </w:r>
            <w:r w:rsidRPr="00C23396">
              <w:rPr>
                <w:rFonts w:cs="Arial"/>
              </w:rPr>
              <w:fldChar w:fldCharType="separate"/>
            </w:r>
            <w:r w:rsidRPr="00C23396">
              <w:rPr>
                <w:rFonts w:cs="Arial"/>
                <w:noProof/>
              </w:rPr>
              <w:t> </w:t>
            </w:r>
            <w:r w:rsidRPr="00C23396">
              <w:rPr>
                <w:rFonts w:cs="Arial"/>
                <w:noProof/>
              </w:rPr>
              <w:t> </w:t>
            </w:r>
            <w:r w:rsidRPr="00C23396">
              <w:rPr>
                <w:rFonts w:cs="Arial"/>
                <w:noProof/>
              </w:rPr>
              <w:t> </w:t>
            </w:r>
            <w:r w:rsidRPr="00C23396">
              <w:rPr>
                <w:rFonts w:cs="Arial"/>
                <w:noProof/>
              </w:rPr>
              <w:t> </w:t>
            </w:r>
            <w:r w:rsidRPr="00C23396">
              <w:rPr>
                <w:rFonts w:cs="Arial"/>
                <w:noProof/>
              </w:rPr>
              <w:t> </w:t>
            </w:r>
            <w:r w:rsidRPr="00C23396">
              <w:rPr>
                <w:rFonts w:cs="Arial"/>
              </w:rPr>
              <w:fldChar w:fldCharType="end"/>
            </w:r>
          </w:p>
        </w:tc>
      </w:tr>
      <w:tr w:rsidR="00117864" w:rsidRPr="00C23396" w14:paraId="2B219180" w14:textId="77777777" w:rsidTr="00D06C84">
        <w:trPr>
          <w:trHeight w:val="432"/>
        </w:trPr>
        <w:tc>
          <w:tcPr>
            <w:tcW w:w="2556" w:type="dxa"/>
          </w:tcPr>
          <w:p w14:paraId="23A32AA3" w14:textId="788219F8" w:rsidR="00117864" w:rsidRPr="00C23396" w:rsidRDefault="00117864" w:rsidP="00117864">
            <w:pPr>
              <w:spacing w:line="360" w:lineRule="auto"/>
              <w:rPr>
                <w:rFonts w:cs="Arial"/>
              </w:rPr>
            </w:pPr>
            <w:r w:rsidRPr="00C23396">
              <w:rPr>
                <w:rFonts w:cs="Arial"/>
              </w:rPr>
              <w:fldChar w:fldCharType="begin">
                <w:ffData>
                  <w:name w:val="Text1"/>
                  <w:enabled/>
                  <w:calcOnExit w:val="0"/>
                  <w:textInput/>
                </w:ffData>
              </w:fldChar>
            </w:r>
            <w:r w:rsidRPr="00C23396">
              <w:rPr>
                <w:rFonts w:cs="Arial"/>
              </w:rPr>
              <w:instrText xml:space="preserve"> FORMTEXT </w:instrText>
            </w:r>
            <w:r w:rsidRPr="00C23396">
              <w:rPr>
                <w:rFonts w:cs="Arial"/>
              </w:rPr>
            </w:r>
            <w:r w:rsidRPr="00C23396">
              <w:rPr>
                <w:rFonts w:cs="Arial"/>
              </w:rPr>
              <w:fldChar w:fldCharType="separate"/>
            </w:r>
            <w:r w:rsidRPr="00C23396">
              <w:rPr>
                <w:rFonts w:cs="Arial"/>
                <w:noProof/>
              </w:rPr>
              <w:t> </w:t>
            </w:r>
            <w:r w:rsidRPr="00C23396">
              <w:rPr>
                <w:rFonts w:cs="Arial"/>
                <w:noProof/>
              </w:rPr>
              <w:t> </w:t>
            </w:r>
            <w:r w:rsidRPr="00C23396">
              <w:rPr>
                <w:rFonts w:cs="Arial"/>
                <w:noProof/>
              </w:rPr>
              <w:t> </w:t>
            </w:r>
            <w:r w:rsidRPr="00C23396">
              <w:rPr>
                <w:rFonts w:cs="Arial"/>
                <w:noProof/>
              </w:rPr>
              <w:t> </w:t>
            </w:r>
            <w:r w:rsidRPr="00C23396">
              <w:rPr>
                <w:rFonts w:cs="Arial"/>
                <w:noProof/>
              </w:rPr>
              <w:t> </w:t>
            </w:r>
            <w:r w:rsidRPr="00C23396">
              <w:rPr>
                <w:rFonts w:cs="Arial"/>
              </w:rPr>
              <w:fldChar w:fldCharType="end"/>
            </w:r>
          </w:p>
        </w:tc>
        <w:tc>
          <w:tcPr>
            <w:tcW w:w="2556" w:type="dxa"/>
          </w:tcPr>
          <w:p w14:paraId="45A76EAE" w14:textId="19FF37B8" w:rsidR="00117864" w:rsidRPr="00C23396" w:rsidRDefault="00117864" w:rsidP="00117864">
            <w:pPr>
              <w:spacing w:line="360" w:lineRule="auto"/>
              <w:rPr>
                <w:rFonts w:cs="Arial"/>
              </w:rPr>
            </w:pPr>
            <w:r w:rsidRPr="00C23396">
              <w:rPr>
                <w:rFonts w:cs="Arial"/>
              </w:rPr>
              <w:fldChar w:fldCharType="begin">
                <w:ffData>
                  <w:name w:val="Text1"/>
                  <w:enabled/>
                  <w:calcOnExit w:val="0"/>
                  <w:textInput/>
                </w:ffData>
              </w:fldChar>
            </w:r>
            <w:r w:rsidRPr="00C23396">
              <w:rPr>
                <w:rFonts w:cs="Arial"/>
              </w:rPr>
              <w:instrText xml:space="preserve"> FORMTEXT </w:instrText>
            </w:r>
            <w:r w:rsidRPr="00C23396">
              <w:rPr>
                <w:rFonts w:cs="Arial"/>
              </w:rPr>
            </w:r>
            <w:r w:rsidRPr="00C23396">
              <w:rPr>
                <w:rFonts w:cs="Arial"/>
              </w:rPr>
              <w:fldChar w:fldCharType="separate"/>
            </w:r>
            <w:r w:rsidRPr="00C23396">
              <w:rPr>
                <w:rFonts w:cs="Arial"/>
                <w:noProof/>
              </w:rPr>
              <w:t> </w:t>
            </w:r>
            <w:r w:rsidRPr="00C23396">
              <w:rPr>
                <w:rFonts w:cs="Arial"/>
                <w:noProof/>
              </w:rPr>
              <w:t> </w:t>
            </w:r>
            <w:r w:rsidRPr="00C23396">
              <w:rPr>
                <w:rFonts w:cs="Arial"/>
                <w:noProof/>
              </w:rPr>
              <w:t> </w:t>
            </w:r>
            <w:r w:rsidRPr="00C23396">
              <w:rPr>
                <w:rFonts w:cs="Arial"/>
                <w:noProof/>
              </w:rPr>
              <w:t> </w:t>
            </w:r>
            <w:r w:rsidRPr="00C23396">
              <w:rPr>
                <w:rFonts w:cs="Arial"/>
                <w:noProof/>
              </w:rPr>
              <w:t> </w:t>
            </w:r>
            <w:r w:rsidRPr="00C23396">
              <w:rPr>
                <w:rFonts w:cs="Arial"/>
              </w:rPr>
              <w:fldChar w:fldCharType="end"/>
            </w:r>
          </w:p>
        </w:tc>
        <w:tc>
          <w:tcPr>
            <w:tcW w:w="2556" w:type="dxa"/>
          </w:tcPr>
          <w:p w14:paraId="434DDD48" w14:textId="25D890CF" w:rsidR="00117864" w:rsidRPr="00C23396" w:rsidRDefault="00117864" w:rsidP="00117864">
            <w:pPr>
              <w:spacing w:line="360" w:lineRule="auto"/>
              <w:rPr>
                <w:rFonts w:cs="Arial"/>
              </w:rPr>
            </w:pPr>
            <w:r w:rsidRPr="00C23396">
              <w:rPr>
                <w:rFonts w:cs="Arial"/>
              </w:rPr>
              <w:fldChar w:fldCharType="begin">
                <w:ffData>
                  <w:name w:val="Text1"/>
                  <w:enabled/>
                  <w:calcOnExit w:val="0"/>
                  <w:textInput/>
                </w:ffData>
              </w:fldChar>
            </w:r>
            <w:r w:rsidRPr="00C23396">
              <w:rPr>
                <w:rFonts w:cs="Arial"/>
              </w:rPr>
              <w:instrText xml:space="preserve"> FORMTEXT </w:instrText>
            </w:r>
            <w:r w:rsidRPr="00C23396">
              <w:rPr>
                <w:rFonts w:cs="Arial"/>
              </w:rPr>
            </w:r>
            <w:r w:rsidRPr="00C23396">
              <w:rPr>
                <w:rFonts w:cs="Arial"/>
              </w:rPr>
              <w:fldChar w:fldCharType="separate"/>
            </w:r>
            <w:r w:rsidRPr="00C23396">
              <w:rPr>
                <w:rFonts w:cs="Arial"/>
                <w:noProof/>
              </w:rPr>
              <w:t> </w:t>
            </w:r>
            <w:r w:rsidRPr="00C23396">
              <w:rPr>
                <w:rFonts w:cs="Arial"/>
                <w:noProof/>
              </w:rPr>
              <w:t> </w:t>
            </w:r>
            <w:r w:rsidRPr="00C23396">
              <w:rPr>
                <w:rFonts w:cs="Arial"/>
                <w:noProof/>
              </w:rPr>
              <w:t> </w:t>
            </w:r>
            <w:r w:rsidRPr="00C23396">
              <w:rPr>
                <w:rFonts w:cs="Arial"/>
                <w:noProof/>
              </w:rPr>
              <w:t> </w:t>
            </w:r>
            <w:r w:rsidRPr="00C23396">
              <w:rPr>
                <w:rFonts w:cs="Arial"/>
                <w:noProof/>
              </w:rPr>
              <w:t> </w:t>
            </w:r>
            <w:r w:rsidRPr="00C23396">
              <w:rPr>
                <w:rFonts w:cs="Arial"/>
              </w:rPr>
              <w:fldChar w:fldCharType="end"/>
            </w:r>
          </w:p>
        </w:tc>
        <w:tc>
          <w:tcPr>
            <w:tcW w:w="6457" w:type="dxa"/>
          </w:tcPr>
          <w:p w14:paraId="1D2EE55B" w14:textId="5810D626" w:rsidR="00117864" w:rsidRPr="00C23396" w:rsidRDefault="00117864" w:rsidP="00117864">
            <w:pPr>
              <w:spacing w:line="360" w:lineRule="auto"/>
              <w:rPr>
                <w:rFonts w:cs="Arial"/>
              </w:rPr>
            </w:pPr>
            <w:r w:rsidRPr="00C23396">
              <w:rPr>
                <w:rFonts w:cs="Arial"/>
              </w:rPr>
              <w:fldChar w:fldCharType="begin">
                <w:ffData>
                  <w:name w:val="Text1"/>
                  <w:enabled/>
                  <w:calcOnExit w:val="0"/>
                  <w:textInput/>
                </w:ffData>
              </w:fldChar>
            </w:r>
            <w:r w:rsidRPr="00C23396">
              <w:rPr>
                <w:rFonts w:cs="Arial"/>
              </w:rPr>
              <w:instrText xml:space="preserve"> FORMTEXT </w:instrText>
            </w:r>
            <w:r w:rsidRPr="00C23396">
              <w:rPr>
                <w:rFonts w:cs="Arial"/>
              </w:rPr>
            </w:r>
            <w:r w:rsidRPr="00C23396">
              <w:rPr>
                <w:rFonts w:cs="Arial"/>
              </w:rPr>
              <w:fldChar w:fldCharType="separate"/>
            </w:r>
            <w:r w:rsidRPr="00C23396">
              <w:rPr>
                <w:rFonts w:cs="Arial"/>
                <w:noProof/>
              </w:rPr>
              <w:t> </w:t>
            </w:r>
            <w:r w:rsidRPr="00C23396">
              <w:rPr>
                <w:rFonts w:cs="Arial"/>
                <w:noProof/>
              </w:rPr>
              <w:t> </w:t>
            </w:r>
            <w:r w:rsidRPr="00C23396">
              <w:rPr>
                <w:rFonts w:cs="Arial"/>
                <w:noProof/>
              </w:rPr>
              <w:t> </w:t>
            </w:r>
            <w:r w:rsidRPr="00C23396">
              <w:rPr>
                <w:rFonts w:cs="Arial"/>
                <w:noProof/>
              </w:rPr>
              <w:t> </w:t>
            </w:r>
            <w:r w:rsidRPr="00C23396">
              <w:rPr>
                <w:rFonts w:cs="Arial"/>
                <w:noProof/>
              </w:rPr>
              <w:t> </w:t>
            </w:r>
            <w:r w:rsidRPr="00C23396">
              <w:rPr>
                <w:rFonts w:cs="Arial"/>
              </w:rPr>
              <w:fldChar w:fldCharType="end"/>
            </w:r>
          </w:p>
        </w:tc>
      </w:tr>
      <w:tr w:rsidR="00117864" w:rsidRPr="00C23396" w14:paraId="702DCD64" w14:textId="77777777" w:rsidTr="00D06C84">
        <w:trPr>
          <w:trHeight w:val="432"/>
        </w:trPr>
        <w:tc>
          <w:tcPr>
            <w:tcW w:w="2556" w:type="dxa"/>
          </w:tcPr>
          <w:p w14:paraId="41D7B33E" w14:textId="546B6274" w:rsidR="00117864" w:rsidRPr="00C23396" w:rsidRDefault="00117864" w:rsidP="003F211C">
            <w:pPr>
              <w:tabs>
                <w:tab w:val="center" w:pos="1170"/>
              </w:tabs>
              <w:spacing w:line="360" w:lineRule="auto"/>
              <w:rPr>
                <w:rFonts w:cs="Arial"/>
              </w:rPr>
            </w:pPr>
            <w:r w:rsidRPr="00C23396">
              <w:rPr>
                <w:rFonts w:cs="Arial"/>
              </w:rPr>
              <w:fldChar w:fldCharType="begin">
                <w:ffData>
                  <w:name w:val="Text1"/>
                  <w:enabled/>
                  <w:calcOnExit w:val="0"/>
                  <w:textInput/>
                </w:ffData>
              </w:fldChar>
            </w:r>
            <w:r w:rsidRPr="00C23396">
              <w:rPr>
                <w:rFonts w:cs="Arial"/>
              </w:rPr>
              <w:instrText xml:space="preserve"> FORMTEXT </w:instrText>
            </w:r>
            <w:r w:rsidRPr="00C23396">
              <w:rPr>
                <w:rFonts w:cs="Arial"/>
              </w:rPr>
            </w:r>
            <w:r w:rsidRPr="00C23396">
              <w:rPr>
                <w:rFonts w:cs="Arial"/>
              </w:rPr>
              <w:fldChar w:fldCharType="separate"/>
            </w:r>
            <w:r w:rsidRPr="00C23396">
              <w:rPr>
                <w:rFonts w:cs="Arial"/>
                <w:noProof/>
              </w:rPr>
              <w:t> </w:t>
            </w:r>
            <w:r w:rsidRPr="00C23396">
              <w:rPr>
                <w:rFonts w:cs="Arial"/>
                <w:noProof/>
              </w:rPr>
              <w:t> </w:t>
            </w:r>
            <w:r w:rsidRPr="00C23396">
              <w:rPr>
                <w:rFonts w:cs="Arial"/>
                <w:noProof/>
              </w:rPr>
              <w:t> </w:t>
            </w:r>
            <w:r w:rsidRPr="00C23396">
              <w:rPr>
                <w:rFonts w:cs="Arial"/>
                <w:noProof/>
              </w:rPr>
              <w:t> </w:t>
            </w:r>
            <w:r w:rsidRPr="00C23396">
              <w:rPr>
                <w:rFonts w:cs="Arial"/>
                <w:noProof/>
              </w:rPr>
              <w:t> </w:t>
            </w:r>
            <w:r w:rsidRPr="00C23396">
              <w:rPr>
                <w:rFonts w:cs="Arial"/>
              </w:rPr>
              <w:fldChar w:fldCharType="end"/>
            </w:r>
            <w:r w:rsidR="003F211C">
              <w:rPr>
                <w:rFonts w:cs="Arial"/>
              </w:rPr>
              <w:tab/>
            </w:r>
          </w:p>
        </w:tc>
        <w:tc>
          <w:tcPr>
            <w:tcW w:w="2556" w:type="dxa"/>
          </w:tcPr>
          <w:p w14:paraId="0B041FE7" w14:textId="50D99B6F" w:rsidR="00117864" w:rsidRPr="00C23396" w:rsidRDefault="00117864" w:rsidP="00117864">
            <w:pPr>
              <w:spacing w:line="360" w:lineRule="auto"/>
              <w:rPr>
                <w:rFonts w:cs="Arial"/>
              </w:rPr>
            </w:pPr>
            <w:r w:rsidRPr="00C23396">
              <w:rPr>
                <w:rFonts w:cs="Arial"/>
              </w:rPr>
              <w:fldChar w:fldCharType="begin">
                <w:ffData>
                  <w:name w:val="Text1"/>
                  <w:enabled/>
                  <w:calcOnExit w:val="0"/>
                  <w:textInput/>
                </w:ffData>
              </w:fldChar>
            </w:r>
            <w:r w:rsidRPr="00C23396">
              <w:rPr>
                <w:rFonts w:cs="Arial"/>
              </w:rPr>
              <w:instrText xml:space="preserve"> FORMTEXT </w:instrText>
            </w:r>
            <w:r w:rsidRPr="00C23396">
              <w:rPr>
                <w:rFonts w:cs="Arial"/>
              </w:rPr>
            </w:r>
            <w:r w:rsidRPr="00C23396">
              <w:rPr>
                <w:rFonts w:cs="Arial"/>
              </w:rPr>
              <w:fldChar w:fldCharType="separate"/>
            </w:r>
            <w:r w:rsidRPr="00C23396">
              <w:rPr>
                <w:rFonts w:cs="Arial"/>
                <w:noProof/>
              </w:rPr>
              <w:t> </w:t>
            </w:r>
            <w:r w:rsidRPr="00C23396">
              <w:rPr>
                <w:rFonts w:cs="Arial"/>
                <w:noProof/>
              </w:rPr>
              <w:t> </w:t>
            </w:r>
            <w:r w:rsidRPr="00C23396">
              <w:rPr>
                <w:rFonts w:cs="Arial"/>
                <w:noProof/>
              </w:rPr>
              <w:t> </w:t>
            </w:r>
            <w:r w:rsidRPr="00C23396">
              <w:rPr>
                <w:rFonts w:cs="Arial"/>
                <w:noProof/>
              </w:rPr>
              <w:t> </w:t>
            </w:r>
            <w:r w:rsidRPr="00C23396">
              <w:rPr>
                <w:rFonts w:cs="Arial"/>
                <w:noProof/>
              </w:rPr>
              <w:t> </w:t>
            </w:r>
            <w:r w:rsidRPr="00C23396">
              <w:rPr>
                <w:rFonts w:cs="Arial"/>
              </w:rPr>
              <w:fldChar w:fldCharType="end"/>
            </w:r>
          </w:p>
        </w:tc>
        <w:tc>
          <w:tcPr>
            <w:tcW w:w="2556" w:type="dxa"/>
          </w:tcPr>
          <w:p w14:paraId="3848943F" w14:textId="04C237B5" w:rsidR="00117864" w:rsidRPr="00C23396" w:rsidRDefault="00117864" w:rsidP="00117864">
            <w:pPr>
              <w:spacing w:line="360" w:lineRule="auto"/>
              <w:rPr>
                <w:rFonts w:cs="Arial"/>
              </w:rPr>
            </w:pPr>
            <w:r w:rsidRPr="00C23396">
              <w:rPr>
                <w:rFonts w:cs="Arial"/>
              </w:rPr>
              <w:fldChar w:fldCharType="begin">
                <w:ffData>
                  <w:name w:val="Text1"/>
                  <w:enabled/>
                  <w:calcOnExit w:val="0"/>
                  <w:textInput/>
                </w:ffData>
              </w:fldChar>
            </w:r>
            <w:r w:rsidRPr="00C23396">
              <w:rPr>
                <w:rFonts w:cs="Arial"/>
              </w:rPr>
              <w:instrText xml:space="preserve"> FORMTEXT </w:instrText>
            </w:r>
            <w:r w:rsidRPr="00C23396">
              <w:rPr>
                <w:rFonts w:cs="Arial"/>
              </w:rPr>
            </w:r>
            <w:r w:rsidRPr="00C23396">
              <w:rPr>
                <w:rFonts w:cs="Arial"/>
              </w:rPr>
              <w:fldChar w:fldCharType="separate"/>
            </w:r>
            <w:r w:rsidRPr="00C23396">
              <w:rPr>
                <w:rFonts w:cs="Arial"/>
                <w:noProof/>
              </w:rPr>
              <w:t> </w:t>
            </w:r>
            <w:r w:rsidRPr="00C23396">
              <w:rPr>
                <w:rFonts w:cs="Arial"/>
                <w:noProof/>
              </w:rPr>
              <w:t> </w:t>
            </w:r>
            <w:r w:rsidRPr="00C23396">
              <w:rPr>
                <w:rFonts w:cs="Arial"/>
                <w:noProof/>
              </w:rPr>
              <w:t> </w:t>
            </w:r>
            <w:r w:rsidRPr="00C23396">
              <w:rPr>
                <w:rFonts w:cs="Arial"/>
                <w:noProof/>
              </w:rPr>
              <w:t> </w:t>
            </w:r>
            <w:r w:rsidRPr="00C23396">
              <w:rPr>
                <w:rFonts w:cs="Arial"/>
                <w:noProof/>
              </w:rPr>
              <w:t> </w:t>
            </w:r>
            <w:r w:rsidRPr="00C23396">
              <w:rPr>
                <w:rFonts w:cs="Arial"/>
              </w:rPr>
              <w:fldChar w:fldCharType="end"/>
            </w:r>
          </w:p>
        </w:tc>
        <w:tc>
          <w:tcPr>
            <w:tcW w:w="6457" w:type="dxa"/>
          </w:tcPr>
          <w:p w14:paraId="536BF89F" w14:textId="6F3B6ACB" w:rsidR="00117864" w:rsidRPr="00C23396" w:rsidRDefault="00117864" w:rsidP="00117864">
            <w:pPr>
              <w:spacing w:line="360" w:lineRule="auto"/>
              <w:rPr>
                <w:rFonts w:cs="Arial"/>
              </w:rPr>
            </w:pPr>
            <w:r w:rsidRPr="00C23396">
              <w:rPr>
                <w:rFonts w:cs="Arial"/>
              </w:rPr>
              <w:fldChar w:fldCharType="begin">
                <w:ffData>
                  <w:name w:val="Text1"/>
                  <w:enabled/>
                  <w:calcOnExit w:val="0"/>
                  <w:textInput/>
                </w:ffData>
              </w:fldChar>
            </w:r>
            <w:r w:rsidRPr="00C23396">
              <w:rPr>
                <w:rFonts w:cs="Arial"/>
              </w:rPr>
              <w:instrText xml:space="preserve"> FORMTEXT </w:instrText>
            </w:r>
            <w:r w:rsidRPr="00C23396">
              <w:rPr>
                <w:rFonts w:cs="Arial"/>
              </w:rPr>
            </w:r>
            <w:r w:rsidRPr="00C23396">
              <w:rPr>
                <w:rFonts w:cs="Arial"/>
              </w:rPr>
              <w:fldChar w:fldCharType="separate"/>
            </w:r>
            <w:r w:rsidRPr="00C23396">
              <w:rPr>
                <w:rFonts w:cs="Arial"/>
                <w:noProof/>
              </w:rPr>
              <w:t> </w:t>
            </w:r>
            <w:r w:rsidRPr="00C23396">
              <w:rPr>
                <w:rFonts w:cs="Arial"/>
                <w:noProof/>
              </w:rPr>
              <w:t> </w:t>
            </w:r>
            <w:r w:rsidRPr="00C23396">
              <w:rPr>
                <w:rFonts w:cs="Arial"/>
                <w:noProof/>
              </w:rPr>
              <w:t> </w:t>
            </w:r>
            <w:r w:rsidRPr="00C23396">
              <w:rPr>
                <w:rFonts w:cs="Arial"/>
                <w:noProof/>
              </w:rPr>
              <w:t> </w:t>
            </w:r>
            <w:r w:rsidRPr="00C23396">
              <w:rPr>
                <w:rFonts w:cs="Arial"/>
                <w:noProof/>
              </w:rPr>
              <w:t> </w:t>
            </w:r>
            <w:r w:rsidRPr="00C23396">
              <w:rPr>
                <w:rFonts w:cs="Arial"/>
              </w:rPr>
              <w:fldChar w:fldCharType="end"/>
            </w:r>
          </w:p>
        </w:tc>
      </w:tr>
      <w:tr w:rsidR="00117864" w:rsidRPr="00C23396" w14:paraId="2DAE8AFE" w14:textId="77777777" w:rsidTr="00D06C84">
        <w:trPr>
          <w:trHeight w:val="432"/>
        </w:trPr>
        <w:tc>
          <w:tcPr>
            <w:tcW w:w="2556" w:type="dxa"/>
          </w:tcPr>
          <w:p w14:paraId="282D692B" w14:textId="45CEEA74" w:rsidR="00117864" w:rsidRPr="00C23396" w:rsidRDefault="00117864" w:rsidP="00117864">
            <w:pPr>
              <w:spacing w:line="360" w:lineRule="auto"/>
              <w:rPr>
                <w:rFonts w:cs="Arial"/>
              </w:rPr>
            </w:pPr>
            <w:r w:rsidRPr="00C23396">
              <w:rPr>
                <w:rFonts w:cs="Arial"/>
              </w:rPr>
              <w:lastRenderedPageBreak/>
              <w:fldChar w:fldCharType="begin">
                <w:ffData>
                  <w:name w:val="Text1"/>
                  <w:enabled/>
                  <w:calcOnExit w:val="0"/>
                  <w:textInput/>
                </w:ffData>
              </w:fldChar>
            </w:r>
            <w:r w:rsidRPr="00C23396">
              <w:rPr>
                <w:rFonts w:cs="Arial"/>
              </w:rPr>
              <w:instrText xml:space="preserve"> FORMTEXT </w:instrText>
            </w:r>
            <w:r w:rsidRPr="00C23396">
              <w:rPr>
                <w:rFonts w:cs="Arial"/>
              </w:rPr>
            </w:r>
            <w:r w:rsidRPr="00C23396">
              <w:rPr>
                <w:rFonts w:cs="Arial"/>
              </w:rPr>
              <w:fldChar w:fldCharType="separate"/>
            </w:r>
            <w:r w:rsidRPr="00C23396">
              <w:rPr>
                <w:rFonts w:cs="Arial"/>
                <w:noProof/>
              </w:rPr>
              <w:t> </w:t>
            </w:r>
            <w:r w:rsidRPr="00C23396">
              <w:rPr>
                <w:rFonts w:cs="Arial"/>
                <w:noProof/>
              </w:rPr>
              <w:t> </w:t>
            </w:r>
            <w:r w:rsidRPr="00C23396">
              <w:rPr>
                <w:rFonts w:cs="Arial"/>
                <w:noProof/>
              </w:rPr>
              <w:t> </w:t>
            </w:r>
            <w:r w:rsidRPr="00C23396">
              <w:rPr>
                <w:rFonts w:cs="Arial"/>
                <w:noProof/>
              </w:rPr>
              <w:t> </w:t>
            </w:r>
            <w:r w:rsidRPr="00C23396">
              <w:rPr>
                <w:rFonts w:cs="Arial"/>
                <w:noProof/>
              </w:rPr>
              <w:t> </w:t>
            </w:r>
            <w:r w:rsidRPr="00C23396">
              <w:rPr>
                <w:rFonts w:cs="Arial"/>
              </w:rPr>
              <w:fldChar w:fldCharType="end"/>
            </w:r>
          </w:p>
        </w:tc>
        <w:tc>
          <w:tcPr>
            <w:tcW w:w="2556" w:type="dxa"/>
          </w:tcPr>
          <w:p w14:paraId="71286990" w14:textId="1F213D69" w:rsidR="00117864" w:rsidRPr="00C23396" w:rsidRDefault="00117864" w:rsidP="00117864">
            <w:pPr>
              <w:spacing w:line="360" w:lineRule="auto"/>
              <w:rPr>
                <w:rFonts w:cs="Arial"/>
              </w:rPr>
            </w:pPr>
            <w:r w:rsidRPr="00C23396">
              <w:rPr>
                <w:rFonts w:cs="Arial"/>
              </w:rPr>
              <w:fldChar w:fldCharType="begin">
                <w:ffData>
                  <w:name w:val="Text1"/>
                  <w:enabled/>
                  <w:calcOnExit w:val="0"/>
                  <w:textInput/>
                </w:ffData>
              </w:fldChar>
            </w:r>
            <w:r w:rsidRPr="00C23396">
              <w:rPr>
                <w:rFonts w:cs="Arial"/>
              </w:rPr>
              <w:instrText xml:space="preserve"> FORMTEXT </w:instrText>
            </w:r>
            <w:r w:rsidRPr="00C23396">
              <w:rPr>
                <w:rFonts w:cs="Arial"/>
              </w:rPr>
            </w:r>
            <w:r w:rsidRPr="00C23396">
              <w:rPr>
                <w:rFonts w:cs="Arial"/>
              </w:rPr>
              <w:fldChar w:fldCharType="separate"/>
            </w:r>
            <w:r w:rsidRPr="00C23396">
              <w:rPr>
                <w:rFonts w:cs="Arial"/>
                <w:noProof/>
              </w:rPr>
              <w:t> </w:t>
            </w:r>
            <w:r w:rsidRPr="00C23396">
              <w:rPr>
                <w:rFonts w:cs="Arial"/>
                <w:noProof/>
              </w:rPr>
              <w:t> </w:t>
            </w:r>
            <w:r w:rsidRPr="00C23396">
              <w:rPr>
                <w:rFonts w:cs="Arial"/>
                <w:noProof/>
              </w:rPr>
              <w:t> </w:t>
            </w:r>
            <w:r w:rsidRPr="00C23396">
              <w:rPr>
                <w:rFonts w:cs="Arial"/>
                <w:noProof/>
              </w:rPr>
              <w:t> </w:t>
            </w:r>
            <w:r w:rsidRPr="00C23396">
              <w:rPr>
                <w:rFonts w:cs="Arial"/>
                <w:noProof/>
              </w:rPr>
              <w:t> </w:t>
            </w:r>
            <w:r w:rsidRPr="00C23396">
              <w:rPr>
                <w:rFonts w:cs="Arial"/>
              </w:rPr>
              <w:fldChar w:fldCharType="end"/>
            </w:r>
          </w:p>
        </w:tc>
        <w:tc>
          <w:tcPr>
            <w:tcW w:w="2556" w:type="dxa"/>
          </w:tcPr>
          <w:p w14:paraId="3666BC70" w14:textId="0A8D06C2" w:rsidR="00117864" w:rsidRPr="00C23396" w:rsidRDefault="00117864" w:rsidP="00117864">
            <w:pPr>
              <w:spacing w:line="360" w:lineRule="auto"/>
              <w:rPr>
                <w:rFonts w:cs="Arial"/>
              </w:rPr>
            </w:pPr>
            <w:r w:rsidRPr="00C23396">
              <w:rPr>
                <w:rFonts w:cs="Arial"/>
              </w:rPr>
              <w:fldChar w:fldCharType="begin">
                <w:ffData>
                  <w:name w:val="Text1"/>
                  <w:enabled/>
                  <w:calcOnExit w:val="0"/>
                  <w:textInput/>
                </w:ffData>
              </w:fldChar>
            </w:r>
            <w:r w:rsidRPr="00C23396">
              <w:rPr>
                <w:rFonts w:cs="Arial"/>
              </w:rPr>
              <w:instrText xml:space="preserve"> FORMTEXT </w:instrText>
            </w:r>
            <w:r w:rsidRPr="00C23396">
              <w:rPr>
                <w:rFonts w:cs="Arial"/>
              </w:rPr>
            </w:r>
            <w:r w:rsidRPr="00C23396">
              <w:rPr>
                <w:rFonts w:cs="Arial"/>
              </w:rPr>
              <w:fldChar w:fldCharType="separate"/>
            </w:r>
            <w:r w:rsidRPr="00C23396">
              <w:rPr>
                <w:rFonts w:cs="Arial"/>
                <w:noProof/>
              </w:rPr>
              <w:t> </w:t>
            </w:r>
            <w:r w:rsidRPr="00C23396">
              <w:rPr>
                <w:rFonts w:cs="Arial"/>
                <w:noProof/>
              </w:rPr>
              <w:t> </w:t>
            </w:r>
            <w:r w:rsidRPr="00C23396">
              <w:rPr>
                <w:rFonts w:cs="Arial"/>
                <w:noProof/>
              </w:rPr>
              <w:t> </w:t>
            </w:r>
            <w:r w:rsidRPr="00C23396">
              <w:rPr>
                <w:rFonts w:cs="Arial"/>
                <w:noProof/>
              </w:rPr>
              <w:t> </w:t>
            </w:r>
            <w:r w:rsidRPr="00C23396">
              <w:rPr>
                <w:rFonts w:cs="Arial"/>
                <w:noProof/>
              </w:rPr>
              <w:t> </w:t>
            </w:r>
            <w:r w:rsidRPr="00C23396">
              <w:rPr>
                <w:rFonts w:cs="Arial"/>
              </w:rPr>
              <w:fldChar w:fldCharType="end"/>
            </w:r>
          </w:p>
        </w:tc>
        <w:tc>
          <w:tcPr>
            <w:tcW w:w="6457" w:type="dxa"/>
          </w:tcPr>
          <w:p w14:paraId="1E57E9BC" w14:textId="2FE4AD19" w:rsidR="00117864" w:rsidRPr="00C23396" w:rsidRDefault="00117864" w:rsidP="00117864">
            <w:pPr>
              <w:spacing w:line="360" w:lineRule="auto"/>
              <w:rPr>
                <w:rFonts w:cs="Arial"/>
              </w:rPr>
            </w:pPr>
            <w:r w:rsidRPr="00C23396">
              <w:rPr>
                <w:rFonts w:cs="Arial"/>
              </w:rPr>
              <w:fldChar w:fldCharType="begin">
                <w:ffData>
                  <w:name w:val="Text1"/>
                  <w:enabled/>
                  <w:calcOnExit w:val="0"/>
                  <w:textInput/>
                </w:ffData>
              </w:fldChar>
            </w:r>
            <w:r w:rsidRPr="00C23396">
              <w:rPr>
                <w:rFonts w:cs="Arial"/>
              </w:rPr>
              <w:instrText xml:space="preserve"> FORMTEXT </w:instrText>
            </w:r>
            <w:r w:rsidRPr="00C23396">
              <w:rPr>
                <w:rFonts w:cs="Arial"/>
              </w:rPr>
            </w:r>
            <w:r w:rsidRPr="00C23396">
              <w:rPr>
                <w:rFonts w:cs="Arial"/>
              </w:rPr>
              <w:fldChar w:fldCharType="separate"/>
            </w:r>
            <w:r w:rsidRPr="00C23396">
              <w:rPr>
                <w:rFonts w:cs="Arial"/>
                <w:noProof/>
              </w:rPr>
              <w:t> </w:t>
            </w:r>
            <w:r w:rsidRPr="00C23396">
              <w:rPr>
                <w:rFonts w:cs="Arial"/>
                <w:noProof/>
              </w:rPr>
              <w:t> </w:t>
            </w:r>
            <w:r w:rsidRPr="00C23396">
              <w:rPr>
                <w:rFonts w:cs="Arial"/>
                <w:noProof/>
              </w:rPr>
              <w:t> </w:t>
            </w:r>
            <w:r w:rsidRPr="00C23396">
              <w:rPr>
                <w:rFonts w:cs="Arial"/>
                <w:noProof/>
              </w:rPr>
              <w:t> </w:t>
            </w:r>
            <w:r w:rsidRPr="00C23396">
              <w:rPr>
                <w:rFonts w:cs="Arial"/>
                <w:noProof/>
              </w:rPr>
              <w:t> </w:t>
            </w:r>
            <w:r w:rsidRPr="00C23396">
              <w:rPr>
                <w:rFonts w:cs="Arial"/>
              </w:rPr>
              <w:fldChar w:fldCharType="end"/>
            </w:r>
          </w:p>
        </w:tc>
      </w:tr>
    </w:tbl>
    <w:p w14:paraId="1C1706DF" w14:textId="3A0742F8" w:rsidR="00D034F1" w:rsidRPr="00C23396" w:rsidRDefault="005249A4" w:rsidP="002E7F8F">
      <w:pPr>
        <w:pStyle w:val="Heading3"/>
        <w:spacing w:line="360" w:lineRule="auto"/>
        <w:rPr>
          <w:rFonts w:ascii="Arial" w:hAnsi="Arial" w:cs="Arial"/>
        </w:rPr>
      </w:pPr>
      <w:r w:rsidRPr="00C23396">
        <w:rPr>
          <w:rFonts w:ascii="Arial" w:hAnsi="Arial" w:cs="Arial"/>
        </w:rPr>
        <w:t>1B. Course of Study Access Considerations</w:t>
      </w:r>
    </w:p>
    <w:p w14:paraId="3A6F4F43" w14:textId="77777777" w:rsidR="00D034F1" w:rsidRPr="00C23396" w:rsidRDefault="005249A4" w:rsidP="002E7F8F">
      <w:pPr>
        <w:spacing w:line="360" w:lineRule="auto"/>
        <w:rPr>
          <w:rFonts w:cs="Arial"/>
        </w:rPr>
      </w:pPr>
      <w:r w:rsidRPr="00C23396">
        <w:rPr>
          <w:rFonts w:cs="Arial"/>
        </w:rPr>
        <w:t>Use the considerations below to identify factors that may affect how the student will access, participate in, and succeed in the planned Course of Study.</w:t>
      </w:r>
    </w:p>
    <w:tbl>
      <w:tblPr>
        <w:tblStyle w:val="TableGrid"/>
        <w:tblW w:w="14125" w:type="dxa"/>
        <w:tblLook w:val="04A0" w:firstRow="1" w:lastRow="0" w:firstColumn="1" w:lastColumn="0" w:noHBand="0" w:noVBand="1"/>
      </w:tblPr>
      <w:tblGrid>
        <w:gridCol w:w="5112"/>
        <w:gridCol w:w="9013"/>
      </w:tblGrid>
      <w:tr w:rsidR="00D034F1" w:rsidRPr="00C23396" w14:paraId="1A7004D1" w14:textId="77777777" w:rsidTr="00167DC9">
        <w:tc>
          <w:tcPr>
            <w:tcW w:w="5112" w:type="dxa"/>
            <w:shd w:val="clear" w:color="auto" w:fill="D9E2F3"/>
          </w:tcPr>
          <w:p w14:paraId="5B40844C" w14:textId="226E70AF" w:rsidR="00D034F1" w:rsidRPr="00C23396" w:rsidRDefault="005249A4" w:rsidP="002E7F8F">
            <w:pPr>
              <w:spacing w:line="360" w:lineRule="auto"/>
              <w:rPr>
                <w:rFonts w:cs="Arial"/>
              </w:rPr>
            </w:pPr>
            <w:r w:rsidRPr="00C23396">
              <w:rPr>
                <w:rFonts w:cs="Arial"/>
                <w:b/>
              </w:rPr>
              <w:t>Acknowledge any considerations relevant to this student’s access to course options (check all that apply and note details as needed)</w:t>
            </w:r>
          </w:p>
        </w:tc>
        <w:tc>
          <w:tcPr>
            <w:tcW w:w="9013" w:type="dxa"/>
          </w:tcPr>
          <w:p w14:paraId="552031F9" w14:textId="33B5564A" w:rsidR="00D034F1" w:rsidRPr="00C23396" w:rsidRDefault="00000000" w:rsidP="002E7F8F">
            <w:pPr>
              <w:pStyle w:val="ListBullet"/>
              <w:numPr>
                <w:ilvl w:val="0"/>
                <w:numId w:val="0"/>
              </w:numPr>
              <w:spacing w:line="360" w:lineRule="auto"/>
              <w:ind w:left="360" w:hanging="360"/>
              <w:rPr>
                <w:rFonts w:cs="Arial"/>
                <w:szCs w:val="21"/>
              </w:rPr>
            </w:pPr>
            <w:sdt>
              <w:sdtPr>
                <w:rPr>
                  <w:rFonts w:cs="Arial"/>
                  <w:szCs w:val="21"/>
                </w:rPr>
                <w:id w:val="1702664004"/>
                <w14:checkbox>
                  <w14:checked w14:val="0"/>
                  <w14:checkedState w14:val="2612" w14:font="MS Gothic"/>
                  <w14:uncheckedState w14:val="2610" w14:font="MS Gothic"/>
                </w14:checkbox>
              </w:sdtPr>
              <w:sdtContent>
                <w:r w:rsidR="0071016A" w:rsidRPr="00C23396">
                  <w:rPr>
                    <w:rFonts w:ascii="Segoe UI Symbol" w:eastAsia="MS Gothic" w:hAnsi="Segoe UI Symbol" w:cs="Segoe UI Symbol"/>
                    <w:szCs w:val="21"/>
                  </w:rPr>
                  <w:t>☐</w:t>
                </w:r>
              </w:sdtContent>
            </w:sdt>
            <w:r w:rsidR="005249A4" w:rsidRPr="00C23396">
              <w:rPr>
                <w:rFonts w:cs="Arial"/>
                <w:szCs w:val="21"/>
              </w:rPr>
              <w:t>Disability-related access needs</w:t>
            </w:r>
          </w:p>
          <w:p w14:paraId="4F29F98B" w14:textId="19AD12EE" w:rsidR="00D034F1" w:rsidRPr="00C23396" w:rsidRDefault="00000000" w:rsidP="002E7F8F">
            <w:pPr>
              <w:pStyle w:val="ListBullet"/>
              <w:numPr>
                <w:ilvl w:val="0"/>
                <w:numId w:val="0"/>
              </w:numPr>
              <w:spacing w:line="360" w:lineRule="auto"/>
              <w:ind w:left="360" w:hanging="360"/>
              <w:rPr>
                <w:rFonts w:cs="Arial"/>
                <w:szCs w:val="21"/>
              </w:rPr>
            </w:pPr>
            <w:sdt>
              <w:sdtPr>
                <w:rPr>
                  <w:rFonts w:cs="Arial"/>
                  <w:szCs w:val="21"/>
                </w:rPr>
                <w:id w:val="-1004199290"/>
                <w14:checkbox>
                  <w14:checked w14:val="0"/>
                  <w14:checkedState w14:val="2612" w14:font="MS Gothic"/>
                  <w14:uncheckedState w14:val="2610" w14:font="MS Gothic"/>
                </w14:checkbox>
              </w:sdtPr>
              <w:sdtContent>
                <w:r w:rsidR="00AE694C" w:rsidRPr="00C23396">
                  <w:rPr>
                    <w:rFonts w:ascii="Segoe UI Symbol" w:eastAsia="MS Gothic" w:hAnsi="Segoe UI Symbol" w:cs="Segoe UI Symbol"/>
                    <w:szCs w:val="21"/>
                  </w:rPr>
                  <w:t>☐</w:t>
                </w:r>
              </w:sdtContent>
            </w:sdt>
            <w:r w:rsidR="005249A4" w:rsidRPr="00C23396">
              <w:rPr>
                <w:rFonts w:cs="Arial"/>
                <w:szCs w:val="21"/>
              </w:rPr>
              <w:t>Health, transportation, or scheduling considerations</w:t>
            </w:r>
          </w:p>
          <w:p w14:paraId="18572C67" w14:textId="33C12CF5" w:rsidR="00D034F1" w:rsidRPr="00C23396" w:rsidRDefault="00000000" w:rsidP="002E7F8F">
            <w:pPr>
              <w:pStyle w:val="ListBullet"/>
              <w:numPr>
                <w:ilvl w:val="0"/>
                <w:numId w:val="0"/>
              </w:numPr>
              <w:spacing w:line="360" w:lineRule="auto"/>
              <w:ind w:left="360" w:hanging="360"/>
              <w:rPr>
                <w:rFonts w:cs="Arial"/>
                <w:szCs w:val="21"/>
              </w:rPr>
            </w:pPr>
            <w:sdt>
              <w:sdtPr>
                <w:rPr>
                  <w:rFonts w:cs="Arial"/>
                  <w:szCs w:val="21"/>
                </w:rPr>
                <w:id w:val="-491259073"/>
                <w14:checkbox>
                  <w14:checked w14:val="0"/>
                  <w14:checkedState w14:val="2612" w14:font="MS Gothic"/>
                  <w14:uncheckedState w14:val="2610" w14:font="MS Gothic"/>
                </w14:checkbox>
              </w:sdtPr>
              <w:sdtContent>
                <w:r w:rsidR="0071016A" w:rsidRPr="00C23396">
                  <w:rPr>
                    <w:rFonts w:ascii="Segoe UI Symbol" w:eastAsia="MS Gothic" w:hAnsi="Segoe UI Symbol" w:cs="Segoe UI Symbol"/>
                    <w:szCs w:val="21"/>
                  </w:rPr>
                  <w:t>☐</w:t>
                </w:r>
              </w:sdtContent>
            </w:sdt>
            <w:r w:rsidR="005249A4" w:rsidRPr="00C23396">
              <w:rPr>
                <w:rFonts w:cs="Arial"/>
                <w:szCs w:val="21"/>
              </w:rPr>
              <w:t>Attendance, credit status, or pacing considerations</w:t>
            </w:r>
            <w:r w:rsidR="0071016A" w:rsidRPr="00C23396">
              <w:rPr>
                <w:rFonts w:cs="Arial"/>
                <w:szCs w:val="21"/>
              </w:rPr>
              <w:t xml:space="preserve"> </w:t>
            </w:r>
            <w:r w:rsidR="005249A4" w:rsidRPr="00C23396">
              <w:rPr>
                <w:rFonts w:cs="Arial"/>
                <w:szCs w:val="21"/>
              </w:rPr>
              <w:t>toward graduation</w:t>
            </w:r>
          </w:p>
          <w:p w14:paraId="634F3C44" w14:textId="404449FD" w:rsidR="00D034F1" w:rsidRPr="00C23396" w:rsidRDefault="00000000" w:rsidP="002E7F8F">
            <w:pPr>
              <w:pStyle w:val="ListBullet"/>
              <w:numPr>
                <w:ilvl w:val="0"/>
                <w:numId w:val="0"/>
              </w:numPr>
              <w:spacing w:line="360" w:lineRule="auto"/>
              <w:ind w:left="360" w:hanging="360"/>
              <w:rPr>
                <w:rFonts w:cs="Arial"/>
                <w:szCs w:val="21"/>
              </w:rPr>
            </w:pPr>
            <w:sdt>
              <w:sdtPr>
                <w:rPr>
                  <w:rFonts w:cs="Arial"/>
                  <w:szCs w:val="21"/>
                </w:rPr>
                <w:id w:val="849524551"/>
                <w14:checkbox>
                  <w14:checked w14:val="0"/>
                  <w14:checkedState w14:val="2612" w14:font="MS Gothic"/>
                  <w14:uncheckedState w14:val="2610" w14:font="MS Gothic"/>
                </w14:checkbox>
              </w:sdtPr>
              <w:sdtContent>
                <w:r w:rsidR="0071016A" w:rsidRPr="00C23396">
                  <w:rPr>
                    <w:rFonts w:ascii="Segoe UI Symbol" w:eastAsia="MS Gothic" w:hAnsi="Segoe UI Symbol" w:cs="Segoe UI Symbol"/>
                    <w:szCs w:val="21"/>
                  </w:rPr>
                  <w:t>☐</w:t>
                </w:r>
              </w:sdtContent>
            </w:sdt>
            <w:r w:rsidR="005249A4" w:rsidRPr="00C23396">
              <w:rPr>
                <w:rFonts w:cs="Arial"/>
                <w:szCs w:val="21"/>
              </w:rPr>
              <w:t>Family or linguistic factors influencing planning</w:t>
            </w:r>
          </w:p>
          <w:p w14:paraId="71C7D62A" w14:textId="495B0425" w:rsidR="00D034F1" w:rsidRPr="00C23396" w:rsidRDefault="00000000" w:rsidP="002E7F8F">
            <w:pPr>
              <w:pStyle w:val="ListBullet"/>
              <w:numPr>
                <w:ilvl w:val="0"/>
                <w:numId w:val="0"/>
              </w:numPr>
              <w:spacing w:line="360" w:lineRule="auto"/>
              <w:ind w:left="360" w:hanging="360"/>
              <w:rPr>
                <w:rFonts w:cs="Arial"/>
              </w:rPr>
            </w:pPr>
            <w:sdt>
              <w:sdtPr>
                <w:rPr>
                  <w:rFonts w:cs="Arial"/>
                  <w:szCs w:val="21"/>
                </w:rPr>
                <w:id w:val="-741488563"/>
                <w14:checkbox>
                  <w14:checked w14:val="0"/>
                  <w14:checkedState w14:val="2612" w14:font="MS Gothic"/>
                  <w14:uncheckedState w14:val="2610" w14:font="MS Gothic"/>
                </w14:checkbox>
              </w:sdtPr>
              <w:sdtContent>
                <w:r w:rsidR="0071016A" w:rsidRPr="00C23396">
                  <w:rPr>
                    <w:rFonts w:ascii="Segoe UI Symbol" w:eastAsia="MS Gothic" w:hAnsi="Segoe UI Symbol" w:cs="Segoe UI Symbol"/>
                    <w:szCs w:val="21"/>
                  </w:rPr>
                  <w:t>☐</w:t>
                </w:r>
              </w:sdtContent>
            </w:sdt>
            <w:r w:rsidR="005249A4" w:rsidRPr="00C23396">
              <w:rPr>
                <w:rFonts w:cs="Arial"/>
                <w:szCs w:val="21"/>
              </w:rPr>
              <w:t>Other relevant background information (list below)</w:t>
            </w:r>
          </w:p>
        </w:tc>
      </w:tr>
      <w:tr w:rsidR="00D034F1" w:rsidRPr="00C23396" w14:paraId="57CE9839" w14:textId="77777777" w:rsidTr="00D06C84">
        <w:trPr>
          <w:trHeight w:val="458"/>
        </w:trPr>
        <w:tc>
          <w:tcPr>
            <w:tcW w:w="5112" w:type="dxa"/>
          </w:tcPr>
          <w:p w14:paraId="56758DA2" w14:textId="6CEC9CBA" w:rsidR="00D034F1" w:rsidRPr="00C23396" w:rsidRDefault="005249A4" w:rsidP="002E7F8F">
            <w:pPr>
              <w:spacing w:line="360" w:lineRule="auto"/>
              <w:rPr>
                <w:rFonts w:cs="Arial"/>
                <w:szCs w:val="21"/>
              </w:rPr>
            </w:pPr>
            <w:r w:rsidRPr="00C23396">
              <w:rPr>
                <w:rFonts w:cs="Arial"/>
                <w:b/>
                <w:szCs w:val="21"/>
              </w:rPr>
              <w:t>Details/</w:t>
            </w:r>
            <w:r w:rsidR="00D06C84" w:rsidRPr="00C23396">
              <w:rPr>
                <w:rFonts w:cs="Arial"/>
                <w:b/>
                <w:szCs w:val="21"/>
              </w:rPr>
              <w:t>N</w:t>
            </w:r>
            <w:r w:rsidRPr="00C23396">
              <w:rPr>
                <w:rFonts w:cs="Arial"/>
                <w:b/>
                <w:szCs w:val="21"/>
              </w:rPr>
              <w:t>otes</w:t>
            </w:r>
          </w:p>
        </w:tc>
        <w:tc>
          <w:tcPr>
            <w:tcW w:w="9013" w:type="dxa"/>
          </w:tcPr>
          <w:p w14:paraId="76C7532B" w14:textId="6ED6D090" w:rsidR="00D034F1" w:rsidRPr="00C23396" w:rsidRDefault="005249A4" w:rsidP="002E7F8F">
            <w:pPr>
              <w:spacing w:line="360" w:lineRule="auto"/>
              <w:rPr>
                <w:rFonts w:cs="Arial"/>
                <w:szCs w:val="21"/>
              </w:rPr>
            </w:pPr>
            <w:r w:rsidRPr="00C23396">
              <w:rPr>
                <w:rFonts w:cs="Arial"/>
                <w:szCs w:val="21"/>
              </w:rPr>
              <w:t xml:space="preserve"> </w:t>
            </w:r>
            <w:r w:rsidR="00117864" w:rsidRPr="00C23396">
              <w:rPr>
                <w:rFonts w:cs="Arial"/>
                <w:szCs w:val="21"/>
              </w:rPr>
              <w:fldChar w:fldCharType="begin">
                <w:ffData>
                  <w:name w:val="Text1"/>
                  <w:enabled/>
                  <w:calcOnExit w:val="0"/>
                  <w:textInput/>
                </w:ffData>
              </w:fldChar>
            </w:r>
            <w:r w:rsidR="00117864" w:rsidRPr="00C23396">
              <w:rPr>
                <w:rFonts w:cs="Arial"/>
                <w:szCs w:val="21"/>
              </w:rPr>
              <w:instrText xml:space="preserve"> FORMTEXT </w:instrText>
            </w:r>
            <w:r w:rsidR="00117864" w:rsidRPr="00C23396">
              <w:rPr>
                <w:rFonts w:cs="Arial"/>
                <w:szCs w:val="21"/>
              </w:rPr>
            </w:r>
            <w:r w:rsidR="00117864" w:rsidRPr="00C23396">
              <w:rPr>
                <w:rFonts w:cs="Arial"/>
                <w:szCs w:val="21"/>
              </w:rPr>
              <w:fldChar w:fldCharType="separate"/>
            </w:r>
            <w:r w:rsidR="00117864" w:rsidRPr="00C23396">
              <w:rPr>
                <w:rFonts w:cs="Arial"/>
                <w:noProof/>
                <w:szCs w:val="21"/>
              </w:rPr>
              <w:t> </w:t>
            </w:r>
            <w:r w:rsidR="00117864" w:rsidRPr="00C23396">
              <w:rPr>
                <w:rFonts w:cs="Arial"/>
                <w:noProof/>
                <w:szCs w:val="21"/>
              </w:rPr>
              <w:t> </w:t>
            </w:r>
            <w:r w:rsidR="00117864" w:rsidRPr="00C23396">
              <w:rPr>
                <w:rFonts w:cs="Arial"/>
                <w:noProof/>
                <w:szCs w:val="21"/>
              </w:rPr>
              <w:t> </w:t>
            </w:r>
            <w:r w:rsidR="00117864" w:rsidRPr="00C23396">
              <w:rPr>
                <w:rFonts w:cs="Arial"/>
                <w:noProof/>
                <w:szCs w:val="21"/>
              </w:rPr>
              <w:t> </w:t>
            </w:r>
            <w:r w:rsidR="00117864" w:rsidRPr="00C23396">
              <w:rPr>
                <w:rFonts w:cs="Arial"/>
                <w:noProof/>
                <w:szCs w:val="21"/>
              </w:rPr>
              <w:t> </w:t>
            </w:r>
            <w:r w:rsidR="00117864" w:rsidRPr="00C23396">
              <w:rPr>
                <w:rFonts w:cs="Arial"/>
                <w:szCs w:val="21"/>
              </w:rPr>
              <w:fldChar w:fldCharType="end"/>
            </w:r>
          </w:p>
        </w:tc>
      </w:tr>
    </w:tbl>
    <w:p w14:paraId="2BB2A96F" w14:textId="2C90D2DC" w:rsidR="00D034F1" w:rsidRPr="00C23396" w:rsidRDefault="005249A4" w:rsidP="002E7F8F">
      <w:pPr>
        <w:pStyle w:val="Heading1"/>
        <w:spacing w:line="360" w:lineRule="auto"/>
        <w:rPr>
          <w:rFonts w:ascii="Arial" w:hAnsi="Arial" w:cs="Arial"/>
        </w:rPr>
      </w:pPr>
      <w:r w:rsidRPr="00C23396">
        <w:rPr>
          <w:rFonts w:ascii="Arial" w:hAnsi="Arial" w:cs="Arial"/>
        </w:rPr>
        <w:t>Section 2: Multi-Year Course of Study Planning</w:t>
      </w:r>
    </w:p>
    <w:p w14:paraId="001AE24B" w14:textId="77777777" w:rsidR="00D034F1" w:rsidRPr="00C23396" w:rsidRDefault="005249A4" w:rsidP="002E7F8F">
      <w:pPr>
        <w:spacing w:line="360" w:lineRule="auto"/>
        <w:rPr>
          <w:rFonts w:cs="Arial"/>
        </w:rPr>
      </w:pPr>
      <w:r w:rsidRPr="00C23396">
        <w:rPr>
          <w:rFonts w:cs="Arial"/>
        </w:rPr>
        <w:t xml:space="preserve">Plan the student’s Course of Study as a multi-year sequence. </w:t>
      </w:r>
      <w:r w:rsidRPr="00C23396">
        <w:rPr>
          <w:rFonts w:cs="Arial"/>
          <w:b/>
        </w:rPr>
        <w:t xml:space="preserve">Review the whole plan—not individual courses in isolation—and consider both school-based courses/programs and community-based experiences together. </w:t>
      </w:r>
      <w:r w:rsidRPr="00C23396">
        <w:rPr>
          <w:rFonts w:cs="Arial"/>
        </w:rPr>
        <w:t>Each planned item should connect to the student’s MPGs and to one or more identified IEP needs when applicable.</w:t>
      </w:r>
    </w:p>
    <w:tbl>
      <w:tblPr>
        <w:tblStyle w:val="TableGrid"/>
        <w:tblW w:w="14125" w:type="dxa"/>
        <w:tblLook w:val="04A0" w:firstRow="1" w:lastRow="0" w:firstColumn="1" w:lastColumn="0" w:noHBand="0" w:noVBand="1"/>
      </w:tblPr>
      <w:tblGrid>
        <w:gridCol w:w="14125"/>
      </w:tblGrid>
      <w:tr w:rsidR="00D034F1" w:rsidRPr="00C23396" w14:paraId="09A18D37" w14:textId="77777777" w:rsidTr="00167DC9">
        <w:tc>
          <w:tcPr>
            <w:tcW w:w="14125" w:type="dxa"/>
            <w:shd w:val="clear" w:color="auto" w:fill="FFF2CC"/>
          </w:tcPr>
          <w:p w14:paraId="2267F7FE" w14:textId="77777777" w:rsidR="00D034F1" w:rsidRPr="00C23396" w:rsidRDefault="005249A4" w:rsidP="002E7F8F">
            <w:pPr>
              <w:spacing w:line="360" w:lineRule="auto"/>
              <w:rPr>
                <w:rFonts w:cs="Arial"/>
              </w:rPr>
            </w:pPr>
            <w:r w:rsidRPr="00C23396">
              <w:rPr>
                <w:rFonts w:cs="Arial"/>
                <w:sz w:val="20"/>
              </w:rPr>
              <w:t>Planning note: Ensure the overall sequence is logical and attainable (for example, foundational → advanced → applied experiences). Include at least one real-world or community-based experience when appropriate to build application of skills needed after high school.</w:t>
            </w:r>
          </w:p>
        </w:tc>
      </w:tr>
    </w:tbl>
    <w:p w14:paraId="15B332DA" w14:textId="125A34DF" w:rsidR="00D034F1" w:rsidRPr="00C23396" w:rsidRDefault="005249A4" w:rsidP="002E7F8F">
      <w:pPr>
        <w:pStyle w:val="Heading2"/>
        <w:spacing w:line="360" w:lineRule="auto"/>
        <w:rPr>
          <w:rFonts w:ascii="Arial" w:hAnsi="Arial" w:cs="Arial"/>
          <w:sz w:val="24"/>
          <w:szCs w:val="24"/>
        </w:rPr>
      </w:pPr>
      <w:r w:rsidRPr="00C23396">
        <w:rPr>
          <w:rFonts w:ascii="Arial" w:hAnsi="Arial" w:cs="Arial"/>
          <w:sz w:val="24"/>
          <w:szCs w:val="24"/>
        </w:rPr>
        <w:t>2.1 School-based Courses</w:t>
      </w:r>
      <w:r w:rsidR="00D572FB" w:rsidRPr="00C23396">
        <w:rPr>
          <w:rFonts w:ascii="Arial" w:hAnsi="Arial" w:cs="Arial"/>
          <w:sz w:val="24"/>
          <w:szCs w:val="24"/>
        </w:rPr>
        <w:t>/Programs and Community-based Experiences</w:t>
      </w:r>
    </w:p>
    <w:p w14:paraId="16B28DB2" w14:textId="24503C88" w:rsidR="00D034F1" w:rsidRPr="00C23396" w:rsidRDefault="005249A4" w:rsidP="002E7F8F">
      <w:pPr>
        <w:spacing w:line="360" w:lineRule="auto"/>
        <w:rPr>
          <w:rFonts w:cs="Arial"/>
        </w:rPr>
      </w:pPr>
      <w:r w:rsidRPr="00C23396">
        <w:rPr>
          <w:rFonts w:cs="Arial"/>
        </w:rPr>
        <w:t>List courses or programs available to this student during high school that support diploma completion and postsecondary goals. This may include Career and Technical Education (CTE), transition-focused instruction, work-based learning, dual enrollment, or college coursework, as applicable.</w:t>
      </w:r>
      <w:r w:rsidR="00D572FB" w:rsidRPr="00C23396">
        <w:rPr>
          <w:rFonts w:cs="Arial"/>
        </w:rPr>
        <w:t xml:space="preserve"> Identify experiences that supplement coursework and support the student’s MPGs. This may include employment opportunities, community-based instruction, adult agency activities, postsecondary training programs, volunteer/service learning, internships, or job exploration activities.</w:t>
      </w:r>
    </w:p>
    <w:tbl>
      <w:tblPr>
        <w:tblStyle w:val="TableGrid"/>
        <w:tblW w:w="14125" w:type="dxa"/>
        <w:tblLayout w:type="fixed"/>
        <w:tblLook w:val="04A0" w:firstRow="1" w:lastRow="0" w:firstColumn="1" w:lastColumn="0" w:noHBand="0" w:noVBand="1"/>
      </w:tblPr>
      <w:tblGrid>
        <w:gridCol w:w="1615"/>
        <w:gridCol w:w="1440"/>
        <w:gridCol w:w="1710"/>
        <w:gridCol w:w="1980"/>
        <w:gridCol w:w="1800"/>
        <w:gridCol w:w="1800"/>
        <w:gridCol w:w="2070"/>
        <w:gridCol w:w="1710"/>
      </w:tblGrid>
      <w:tr w:rsidR="00D572FB" w:rsidRPr="00C23396" w14:paraId="0FC00885" w14:textId="77B00F10" w:rsidTr="00066094">
        <w:tc>
          <w:tcPr>
            <w:tcW w:w="1615" w:type="dxa"/>
            <w:shd w:val="clear" w:color="auto" w:fill="D9E2F3"/>
          </w:tcPr>
          <w:p w14:paraId="5AF2977D" w14:textId="3AAF9980" w:rsidR="00D572FB" w:rsidRPr="00C23396" w:rsidRDefault="00D572FB" w:rsidP="002E7F8F">
            <w:pPr>
              <w:spacing w:line="360" w:lineRule="auto"/>
              <w:rPr>
                <w:rFonts w:cs="Arial"/>
                <w:szCs w:val="21"/>
              </w:rPr>
            </w:pPr>
            <w:r w:rsidRPr="00C23396">
              <w:rPr>
                <w:rFonts w:cs="Arial"/>
                <w:b/>
                <w:szCs w:val="21"/>
              </w:rPr>
              <w:lastRenderedPageBreak/>
              <w:t>Course/Prog</w:t>
            </w:r>
            <w:r w:rsidR="0033162B">
              <w:rPr>
                <w:rFonts w:cs="Arial"/>
                <w:b/>
                <w:szCs w:val="21"/>
              </w:rPr>
              <w:t>-</w:t>
            </w:r>
            <w:r w:rsidRPr="00C23396">
              <w:rPr>
                <w:rFonts w:cs="Arial"/>
                <w:b/>
                <w:szCs w:val="21"/>
              </w:rPr>
              <w:t>ra</w:t>
            </w:r>
            <w:r w:rsidR="006415EF">
              <w:rPr>
                <w:rFonts w:cs="Arial"/>
                <w:b/>
                <w:szCs w:val="21"/>
              </w:rPr>
              <w:t>m</w:t>
            </w:r>
            <w:r w:rsidRPr="00C23396">
              <w:rPr>
                <w:rFonts w:cs="Arial"/>
                <w:b/>
                <w:szCs w:val="21"/>
              </w:rPr>
              <w:t>/Specific Community-based Experience</w:t>
            </w:r>
          </w:p>
        </w:tc>
        <w:tc>
          <w:tcPr>
            <w:tcW w:w="1440" w:type="dxa"/>
            <w:shd w:val="clear" w:color="auto" w:fill="D9E2F3"/>
          </w:tcPr>
          <w:p w14:paraId="27AA8E99" w14:textId="07FA5510" w:rsidR="00D572FB" w:rsidRPr="00C23396" w:rsidRDefault="00D572FB" w:rsidP="002E7F8F">
            <w:pPr>
              <w:spacing w:line="360" w:lineRule="auto"/>
              <w:rPr>
                <w:rFonts w:cs="Arial"/>
                <w:szCs w:val="21"/>
              </w:rPr>
            </w:pPr>
            <w:r w:rsidRPr="00C23396">
              <w:rPr>
                <w:rFonts w:cs="Arial"/>
                <w:b/>
                <w:szCs w:val="21"/>
              </w:rPr>
              <w:t>Grade</w:t>
            </w:r>
            <w:r w:rsidR="00D024F4" w:rsidRPr="00C23396">
              <w:rPr>
                <w:rFonts w:cs="Arial"/>
                <w:b/>
                <w:szCs w:val="21"/>
              </w:rPr>
              <w:t xml:space="preserve">/ </w:t>
            </w:r>
            <w:r w:rsidRPr="00C23396">
              <w:rPr>
                <w:rFonts w:cs="Arial"/>
                <w:b/>
                <w:szCs w:val="21"/>
              </w:rPr>
              <w:t>Year Planned</w:t>
            </w:r>
          </w:p>
        </w:tc>
        <w:tc>
          <w:tcPr>
            <w:tcW w:w="1710" w:type="dxa"/>
            <w:shd w:val="clear" w:color="auto" w:fill="D9E2F3"/>
          </w:tcPr>
          <w:p w14:paraId="552D448B" w14:textId="5DC68693" w:rsidR="00D572FB" w:rsidRPr="00C23396" w:rsidRDefault="00F15372" w:rsidP="002E7F8F">
            <w:pPr>
              <w:spacing w:line="360" w:lineRule="auto"/>
              <w:rPr>
                <w:rFonts w:cs="Arial"/>
                <w:szCs w:val="21"/>
              </w:rPr>
            </w:pPr>
            <w:r>
              <w:rPr>
                <w:rFonts w:cs="Arial"/>
                <w:b/>
                <w:szCs w:val="21"/>
              </w:rPr>
              <w:t>Course Modifications</w:t>
            </w:r>
            <w:r w:rsidR="00D572FB" w:rsidRPr="00C23396">
              <w:rPr>
                <w:rFonts w:cs="Arial"/>
                <w:b/>
                <w:szCs w:val="21"/>
              </w:rPr>
              <w:t>*</w:t>
            </w:r>
          </w:p>
        </w:tc>
        <w:tc>
          <w:tcPr>
            <w:tcW w:w="1980" w:type="dxa"/>
            <w:shd w:val="clear" w:color="auto" w:fill="D9E2F3"/>
          </w:tcPr>
          <w:p w14:paraId="44AB74D8" w14:textId="77777777" w:rsidR="00D572FB" w:rsidRPr="00C23396" w:rsidRDefault="00D572FB" w:rsidP="002E7F8F">
            <w:pPr>
              <w:spacing w:line="360" w:lineRule="auto"/>
              <w:rPr>
                <w:rFonts w:cs="Arial"/>
                <w:szCs w:val="21"/>
              </w:rPr>
            </w:pPr>
            <w:r w:rsidRPr="00C23396">
              <w:rPr>
                <w:rFonts w:cs="Arial"/>
                <w:b/>
                <w:szCs w:val="21"/>
              </w:rPr>
              <w:t>Related MPG(s)</w:t>
            </w:r>
          </w:p>
        </w:tc>
        <w:tc>
          <w:tcPr>
            <w:tcW w:w="1800" w:type="dxa"/>
            <w:shd w:val="clear" w:color="auto" w:fill="D9E2F3"/>
          </w:tcPr>
          <w:p w14:paraId="00AE4EFA" w14:textId="63C2BD35" w:rsidR="00D572FB" w:rsidRPr="00C23396" w:rsidRDefault="00D572FB" w:rsidP="002E7F8F">
            <w:pPr>
              <w:spacing w:line="360" w:lineRule="auto"/>
              <w:rPr>
                <w:rFonts w:cs="Arial"/>
                <w:szCs w:val="21"/>
              </w:rPr>
            </w:pPr>
            <w:r w:rsidRPr="00C23396">
              <w:rPr>
                <w:rFonts w:cs="Arial"/>
                <w:b/>
                <w:szCs w:val="21"/>
              </w:rPr>
              <w:t>Related IEP Need(s)</w:t>
            </w:r>
          </w:p>
        </w:tc>
        <w:tc>
          <w:tcPr>
            <w:tcW w:w="1800" w:type="dxa"/>
            <w:shd w:val="clear" w:color="auto" w:fill="D9E2F3"/>
          </w:tcPr>
          <w:p w14:paraId="3A186B64" w14:textId="70C09959" w:rsidR="00D572FB" w:rsidRPr="00C23396" w:rsidRDefault="00D572FB" w:rsidP="002E7F8F">
            <w:pPr>
              <w:spacing w:line="360" w:lineRule="auto"/>
              <w:rPr>
                <w:rFonts w:cs="Arial"/>
                <w:szCs w:val="21"/>
              </w:rPr>
            </w:pPr>
            <w:r w:rsidRPr="00C23396">
              <w:rPr>
                <w:rFonts w:cs="Arial"/>
                <w:b/>
                <w:szCs w:val="21"/>
              </w:rPr>
              <w:t xml:space="preserve">IEP Team Rationale/ </w:t>
            </w:r>
            <w:r w:rsidR="00E34E13" w:rsidRPr="00C23396">
              <w:rPr>
                <w:rFonts w:cs="Arial"/>
                <w:b/>
                <w:szCs w:val="21"/>
              </w:rPr>
              <w:t>S</w:t>
            </w:r>
            <w:r w:rsidRPr="00C23396">
              <w:rPr>
                <w:rFonts w:cs="Arial"/>
                <w:b/>
                <w:szCs w:val="21"/>
              </w:rPr>
              <w:t xml:space="preserve">kills </w:t>
            </w:r>
            <w:r w:rsidR="00E34E13" w:rsidRPr="00C23396">
              <w:rPr>
                <w:rFonts w:cs="Arial"/>
                <w:b/>
                <w:szCs w:val="21"/>
              </w:rPr>
              <w:t>Built for Post-H</w:t>
            </w:r>
            <w:r w:rsidR="00D335F8">
              <w:rPr>
                <w:rFonts w:cs="Arial"/>
                <w:b/>
                <w:szCs w:val="21"/>
              </w:rPr>
              <w:t>igh School</w:t>
            </w:r>
          </w:p>
        </w:tc>
        <w:tc>
          <w:tcPr>
            <w:tcW w:w="2070" w:type="dxa"/>
            <w:shd w:val="clear" w:color="auto" w:fill="D9E2F3"/>
          </w:tcPr>
          <w:p w14:paraId="55DCB95D" w14:textId="1A3773C2" w:rsidR="00D572FB" w:rsidRPr="00C23396" w:rsidRDefault="00D572FB" w:rsidP="002E7F8F">
            <w:pPr>
              <w:spacing w:line="360" w:lineRule="auto"/>
              <w:rPr>
                <w:rFonts w:cs="Arial"/>
                <w:szCs w:val="21"/>
              </w:rPr>
            </w:pPr>
            <w:r w:rsidRPr="00C23396">
              <w:rPr>
                <w:rFonts w:cs="Arial"/>
                <w:b/>
                <w:szCs w:val="21"/>
              </w:rPr>
              <w:t xml:space="preserve">Access/ </w:t>
            </w:r>
            <w:r w:rsidR="00412393" w:rsidRPr="00C23396">
              <w:rPr>
                <w:rFonts w:cs="Arial"/>
                <w:b/>
                <w:szCs w:val="21"/>
              </w:rPr>
              <w:t xml:space="preserve">Requirements/ </w:t>
            </w:r>
            <w:r w:rsidRPr="00C23396">
              <w:rPr>
                <w:rFonts w:cs="Arial"/>
                <w:b/>
                <w:szCs w:val="21"/>
              </w:rPr>
              <w:t>Supports Needed</w:t>
            </w:r>
          </w:p>
        </w:tc>
        <w:tc>
          <w:tcPr>
            <w:tcW w:w="1710" w:type="dxa"/>
            <w:shd w:val="clear" w:color="auto" w:fill="D9E2F3"/>
          </w:tcPr>
          <w:p w14:paraId="383ECDED" w14:textId="0C9EFCB6" w:rsidR="00D572FB" w:rsidRPr="00C23396" w:rsidRDefault="00C856CC" w:rsidP="002E7F8F">
            <w:pPr>
              <w:spacing w:line="360" w:lineRule="auto"/>
              <w:rPr>
                <w:rFonts w:cs="Arial"/>
                <w:b/>
                <w:szCs w:val="21"/>
              </w:rPr>
            </w:pPr>
            <w:r>
              <w:rPr>
                <w:rFonts w:cs="Arial"/>
                <w:b/>
                <w:szCs w:val="21"/>
              </w:rPr>
              <w:t>Specific</w:t>
            </w:r>
            <w:r w:rsidR="00EC3261">
              <w:rPr>
                <w:rFonts w:cs="Arial"/>
                <w:b/>
                <w:szCs w:val="21"/>
              </w:rPr>
              <w:t xml:space="preserve"> </w:t>
            </w:r>
            <w:r w:rsidR="00D024F4" w:rsidRPr="00C23396">
              <w:rPr>
                <w:rFonts w:cs="Arial"/>
                <w:b/>
                <w:szCs w:val="21"/>
              </w:rPr>
              <w:t>R</w:t>
            </w:r>
            <w:r w:rsidR="00D572FB" w:rsidRPr="00C23396">
              <w:rPr>
                <w:rFonts w:cs="Arial"/>
                <w:b/>
                <w:szCs w:val="21"/>
              </w:rPr>
              <w:t xml:space="preserve">egular High School Diploma </w:t>
            </w:r>
            <w:r w:rsidR="00D024F4" w:rsidRPr="00C23396">
              <w:rPr>
                <w:rFonts w:cs="Arial"/>
                <w:b/>
                <w:szCs w:val="21"/>
              </w:rPr>
              <w:t>R</w:t>
            </w:r>
            <w:r w:rsidR="00D572FB" w:rsidRPr="00C23396">
              <w:rPr>
                <w:rFonts w:cs="Arial"/>
                <w:b/>
                <w:szCs w:val="21"/>
              </w:rPr>
              <w:t>equirement</w:t>
            </w:r>
            <w:r w:rsidR="005C50C9">
              <w:rPr>
                <w:rFonts w:cs="Arial"/>
                <w:b/>
                <w:szCs w:val="21"/>
              </w:rPr>
              <w:t xml:space="preserve"> Met</w:t>
            </w:r>
          </w:p>
        </w:tc>
      </w:tr>
      <w:tr w:rsidR="00D4051B" w:rsidRPr="00C23396" w14:paraId="4A2A444F" w14:textId="5C6ED357" w:rsidTr="00066094">
        <w:trPr>
          <w:trHeight w:val="432"/>
        </w:trPr>
        <w:tc>
          <w:tcPr>
            <w:tcW w:w="1615" w:type="dxa"/>
          </w:tcPr>
          <w:p w14:paraId="7BCA664D" w14:textId="77777777" w:rsidR="009D27A5" w:rsidRDefault="009D27A5" w:rsidP="00D4051B">
            <w:pPr>
              <w:spacing w:line="360" w:lineRule="auto"/>
              <w:rPr>
                <w:rFonts w:cs="Arial"/>
                <w:b/>
                <w:bCs/>
                <w:i/>
                <w:iCs/>
                <w:sz w:val="20"/>
                <w:szCs w:val="20"/>
              </w:rPr>
            </w:pPr>
            <w:r w:rsidRPr="006F61F1">
              <w:rPr>
                <w:rFonts w:cs="Arial"/>
                <w:b/>
                <w:bCs/>
                <w:i/>
                <w:iCs/>
                <w:sz w:val="20"/>
                <w:szCs w:val="20"/>
              </w:rPr>
              <w:t>Example</w:t>
            </w:r>
          </w:p>
          <w:p w14:paraId="4FA953FE" w14:textId="77777777" w:rsidR="009D27A5" w:rsidRDefault="006C4CE6" w:rsidP="00D4051B">
            <w:pPr>
              <w:spacing w:line="360" w:lineRule="auto"/>
              <w:rPr>
                <w:rFonts w:cs="Arial"/>
                <w:i/>
                <w:iCs/>
                <w:sz w:val="20"/>
                <w:szCs w:val="20"/>
              </w:rPr>
            </w:pPr>
            <w:r w:rsidRPr="006F61F1">
              <w:rPr>
                <w:rFonts w:cs="Arial"/>
                <w:i/>
                <w:iCs/>
                <w:sz w:val="20"/>
                <w:szCs w:val="20"/>
              </w:rPr>
              <w:t>English 11</w:t>
            </w:r>
            <w:r w:rsidR="00D20D22">
              <w:rPr>
                <w:rFonts w:cs="Arial"/>
                <w:i/>
                <w:iCs/>
                <w:sz w:val="20"/>
                <w:szCs w:val="20"/>
              </w:rPr>
              <w:t xml:space="preserve">- </w:t>
            </w:r>
          </w:p>
          <w:p w14:paraId="50204E2E" w14:textId="1EC39149" w:rsidR="009D27A5" w:rsidRDefault="00D20D22" w:rsidP="00D4051B">
            <w:pPr>
              <w:spacing w:line="360" w:lineRule="auto"/>
              <w:rPr>
                <w:rFonts w:cs="Arial"/>
                <w:i/>
                <w:iCs/>
                <w:sz w:val="20"/>
                <w:szCs w:val="20"/>
              </w:rPr>
            </w:pPr>
            <w:r>
              <w:rPr>
                <w:rFonts w:cs="Arial"/>
                <w:i/>
                <w:iCs/>
                <w:sz w:val="20"/>
                <w:szCs w:val="20"/>
              </w:rPr>
              <w:t>Co-taught</w:t>
            </w:r>
          </w:p>
          <w:p w14:paraId="551380BA" w14:textId="1E3BA8B2" w:rsidR="00D4051B" w:rsidRPr="006F61F1" w:rsidRDefault="00D4051B" w:rsidP="00D4051B">
            <w:pPr>
              <w:spacing w:line="360" w:lineRule="auto"/>
              <w:rPr>
                <w:rFonts w:cs="Arial"/>
                <w:i/>
                <w:iCs/>
                <w:sz w:val="20"/>
                <w:szCs w:val="20"/>
              </w:rPr>
            </w:pPr>
          </w:p>
        </w:tc>
        <w:tc>
          <w:tcPr>
            <w:tcW w:w="1440" w:type="dxa"/>
          </w:tcPr>
          <w:p w14:paraId="683E3210" w14:textId="18721FB2" w:rsidR="00D4051B" w:rsidRPr="006F61F1" w:rsidRDefault="00796516" w:rsidP="00D4051B">
            <w:pPr>
              <w:spacing w:line="360" w:lineRule="auto"/>
              <w:rPr>
                <w:rFonts w:cs="Arial"/>
                <w:i/>
                <w:iCs/>
                <w:sz w:val="20"/>
                <w:szCs w:val="20"/>
              </w:rPr>
            </w:pPr>
            <w:r w:rsidRPr="006F61F1">
              <w:rPr>
                <w:rFonts w:cs="Arial"/>
                <w:i/>
                <w:iCs/>
                <w:sz w:val="20"/>
                <w:szCs w:val="20"/>
              </w:rPr>
              <w:t>11</w:t>
            </w:r>
            <w:r w:rsidRPr="006F61F1">
              <w:rPr>
                <w:rFonts w:cs="Arial"/>
                <w:i/>
                <w:iCs/>
                <w:sz w:val="20"/>
                <w:szCs w:val="20"/>
                <w:vertAlign w:val="superscript"/>
              </w:rPr>
              <w:t>th</w:t>
            </w:r>
            <w:r w:rsidRPr="006F61F1">
              <w:rPr>
                <w:rFonts w:cs="Arial"/>
                <w:i/>
                <w:iCs/>
                <w:sz w:val="20"/>
                <w:szCs w:val="20"/>
              </w:rPr>
              <w:t>/27-28</w:t>
            </w:r>
          </w:p>
        </w:tc>
        <w:tc>
          <w:tcPr>
            <w:tcW w:w="1710" w:type="dxa"/>
          </w:tcPr>
          <w:p w14:paraId="35138F7E" w14:textId="181E8855" w:rsidR="00D4051B" w:rsidRPr="006F61F1" w:rsidRDefault="00796516" w:rsidP="00D4051B">
            <w:pPr>
              <w:spacing w:line="360" w:lineRule="auto"/>
              <w:rPr>
                <w:rFonts w:cs="Arial"/>
                <w:i/>
                <w:iCs/>
                <w:sz w:val="20"/>
                <w:szCs w:val="20"/>
              </w:rPr>
            </w:pPr>
            <w:r w:rsidRPr="006F61F1">
              <w:rPr>
                <w:rFonts w:cs="Arial"/>
                <w:i/>
                <w:iCs/>
                <w:sz w:val="20"/>
                <w:szCs w:val="20"/>
              </w:rPr>
              <w:t>Yes (</w:t>
            </w:r>
            <w:r w:rsidR="00181D56" w:rsidRPr="006F61F1">
              <w:rPr>
                <w:rFonts w:cs="Arial"/>
                <w:i/>
                <w:iCs/>
                <w:sz w:val="20"/>
                <w:szCs w:val="20"/>
              </w:rPr>
              <w:t>modified assignments)</w:t>
            </w:r>
          </w:p>
        </w:tc>
        <w:tc>
          <w:tcPr>
            <w:tcW w:w="1980" w:type="dxa"/>
          </w:tcPr>
          <w:p w14:paraId="4A749C08" w14:textId="61A65D75" w:rsidR="00D4051B" w:rsidRPr="006F61F1" w:rsidRDefault="000B3318" w:rsidP="00D4051B">
            <w:pPr>
              <w:spacing w:line="360" w:lineRule="auto"/>
              <w:rPr>
                <w:rFonts w:cs="Arial"/>
                <w:i/>
                <w:iCs/>
                <w:sz w:val="20"/>
                <w:szCs w:val="20"/>
              </w:rPr>
            </w:pPr>
            <w:r w:rsidRPr="006F61F1">
              <w:rPr>
                <w:rFonts w:cs="Arial"/>
                <w:i/>
                <w:iCs/>
                <w:sz w:val="20"/>
                <w:szCs w:val="20"/>
              </w:rPr>
              <w:t>Employment</w:t>
            </w:r>
            <w:r w:rsidR="0033162B" w:rsidRPr="006F61F1">
              <w:rPr>
                <w:rFonts w:cs="Arial"/>
                <w:i/>
                <w:iCs/>
                <w:sz w:val="20"/>
                <w:szCs w:val="20"/>
              </w:rPr>
              <w:t>, Education/Training</w:t>
            </w:r>
          </w:p>
        </w:tc>
        <w:tc>
          <w:tcPr>
            <w:tcW w:w="1800" w:type="dxa"/>
          </w:tcPr>
          <w:p w14:paraId="7692AEC7" w14:textId="308CB343" w:rsidR="00D4051B" w:rsidRPr="006F61F1" w:rsidRDefault="00685103" w:rsidP="00D4051B">
            <w:pPr>
              <w:spacing w:line="360" w:lineRule="auto"/>
              <w:rPr>
                <w:rFonts w:cs="Arial"/>
                <w:i/>
                <w:iCs/>
                <w:sz w:val="20"/>
                <w:szCs w:val="20"/>
              </w:rPr>
            </w:pPr>
            <w:r w:rsidRPr="006F61F1">
              <w:rPr>
                <w:rFonts w:cs="Arial"/>
                <w:i/>
                <w:iCs/>
                <w:sz w:val="20"/>
                <w:szCs w:val="20"/>
              </w:rPr>
              <w:t xml:space="preserve">Reading comprehension, written </w:t>
            </w:r>
            <w:r w:rsidR="006415EF" w:rsidRPr="006F61F1">
              <w:rPr>
                <w:rFonts w:cs="Arial"/>
                <w:i/>
                <w:iCs/>
                <w:sz w:val="20"/>
                <w:szCs w:val="20"/>
              </w:rPr>
              <w:t>expression</w:t>
            </w:r>
          </w:p>
        </w:tc>
        <w:tc>
          <w:tcPr>
            <w:tcW w:w="1800" w:type="dxa"/>
          </w:tcPr>
          <w:p w14:paraId="7447FA42" w14:textId="32E3E786" w:rsidR="00D4051B" w:rsidRPr="006F61F1" w:rsidRDefault="00685103" w:rsidP="00D4051B">
            <w:pPr>
              <w:spacing w:line="360" w:lineRule="auto"/>
              <w:rPr>
                <w:rFonts w:cs="Arial"/>
                <w:i/>
                <w:iCs/>
                <w:sz w:val="20"/>
                <w:szCs w:val="20"/>
              </w:rPr>
            </w:pPr>
            <w:r w:rsidRPr="006F61F1">
              <w:rPr>
                <w:rFonts w:cs="Arial"/>
                <w:i/>
                <w:iCs/>
                <w:sz w:val="20"/>
                <w:szCs w:val="20"/>
              </w:rPr>
              <w:t>Supports literacy development needed for workplace communication and postsecondary training</w:t>
            </w:r>
          </w:p>
        </w:tc>
        <w:tc>
          <w:tcPr>
            <w:tcW w:w="2070" w:type="dxa"/>
          </w:tcPr>
          <w:p w14:paraId="08589A76" w14:textId="19E0E75D" w:rsidR="00D4051B" w:rsidRPr="006F61F1" w:rsidRDefault="00F62F2E" w:rsidP="00D4051B">
            <w:pPr>
              <w:spacing w:line="360" w:lineRule="auto"/>
              <w:rPr>
                <w:rFonts w:cs="Arial"/>
                <w:i/>
                <w:iCs/>
                <w:sz w:val="20"/>
                <w:szCs w:val="20"/>
              </w:rPr>
            </w:pPr>
            <w:r w:rsidRPr="006F61F1">
              <w:rPr>
                <w:rFonts w:cs="Arial"/>
                <w:i/>
                <w:iCs/>
                <w:sz w:val="20"/>
                <w:szCs w:val="20"/>
              </w:rPr>
              <w:t>Small group instruction, graphic organizers, reduced writing load, assistive technology (speech-to-text)</w:t>
            </w:r>
          </w:p>
        </w:tc>
        <w:tc>
          <w:tcPr>
            <w:tcW w:w="1710" w:type="dxa"/>
          </w:tcPr>
          <w:p w14:paraId="22AE8D12" w14:textId="2EE74DF7" w:rsidR="00D4051B" w:rsidRPr="006F61F1" w:rsidRDefault="00F62F2E" w:rsidP="00D4051B">
            <w:pPr>
              <w:spacing w:line="360" w:lineRule="auto"/>
              <w:rPr>
                <w:rFonts w:cs="Arial"/>
                <w:i/>
                <w:iCs/>
                <w:sz w:val="20"/>
                <w:szCs w:val="20"/>
              </w:rPr>
            </w:pPr>
            <w:r w:rsidRPr="006F61F1">
              <w:rPr>
                <w:rFonts w:cs="Arial"/>
                <w:i/>
                <w:iCs/>
                <w:sz w:val="20"/>
                <w:szCs w:val="20"/>
              </w:rPr>
              <w:t>English credit</w:t>
            </w:r>
          </w:p>
        </w:tc>
      </w:tr>
      <w:tr w:rsidR="00D4051B" w:rsidRPr="00C23396" w14:paraId="66C3F708" w14:textId="1D66A490" w:rsidTr="00066094">
        <w:trPr>
          <w:trHeight w:val="432"/>
        </w:trPr>
        <w:tc>
          <w:tcPr>
            <w:tcW w:w="1615" w:type="dxa"/>
          </w:tcPr>
          <w:p w14:paraId="528B6151" w14:textId="405C1210" w:rsidR="00D4051B" w:rsidRPr="00C23396" w:rsidRDefault="00D4051B" w:rsidP="00D4051B">
            <w:pPr>
              <w:spacing w:line="360" w:lineRule="auto"/>
              <w:rPr>
                <w:rFonts w:cs="Arial"/>
                <w:szCs w:val="21"/>
              </w:rPr>
            </w:pPr>
            <w:r w:rsidRPr="00C23396">
              <w:rPr>
                <w:rFonts w:cs="Arial"/>
                <w:szCs w:val="21"/>
              </w:rPr>
              <w:fldChar w:fldCharType="begin">
                <w:ffData>
                  <w:name w:val="Text1"/>
                  <w:enabled/>
                  <w:calcOnExit w:val="0"/>
                  <w:textInput/>
                </w:ffData>
              </w:fldChar>
            </w:r>
            <w:r w:rsidRPr="00C23396">
              <w:rPr>
                <w:rFonts w:cs="Arial"/>
                <w:szCs w:val="21"/>
              </w:rPr>
              <w:instrText xml:space="preserve"> FORMTEXT </w:instrText>
            </w:r>
            <w:r w:rsidRPr="00C23396">
              <w:rPr>
                <w:rFonts w:cs="Arial"/>
                <w:szCs w:val="21"/>
              </w:rPr>
            </w:r>
            <w:r w:rsidRPr="00C23396">
              <w:rPr>
                <w:rFonts w:cs="Arial"/>
                <w:szCs w:val="21"/>
              </w:rPr>
              <w:fldChar w:fldCharType="separate"/>
            </w:r>
            <w:r w:rsidR="000C4BB0">
              <w:rPr>
                <w:rFonts w:cs="Arial"/>
                <w:szCs w:val="21"/>
              </w:rPr>
              <w:t> </w:t>
            </w:r>
            <w:r w:rsidR="000C4BB0">
              <w:rPr>
                <w:rFonts w:cs="Arial"/>
                <w:szCs w:val="21"/>
              </w:rPr>
              <w:t> </w:t>
            </w:r>
            <w:r w:rsidR="000C4BB0">
              <w:rPr>
                <w:rFonts w:cs="Arial"/>
                <w:szCs w:val="21"/>
              </w:rPr>
              <w:t> </w:t>
            </w:r>
            <w:r w:rsidR="000C4BB0">
              <w:rPr>
                <w:rFonts w:cs="Arial"/>
                <w:szCs w:val="21"/>
              </w:rPr>
              <w:t> </w:t>
            </w:r>
            <w:r w:rsidR="000C4BB0">
              <w:rPr>
                <w:rFonts w:cs="Arial"/>
                <w:szCs w:val="21"/>
              </w:rPr>
              <w:t> </w:t>
            </w:r>
            <w:r w:rsidRPr="00C23396">
              <w:rPr>
                <w:rFonts w:cs="Arial"/>
                <w:szCs w:val="21"/>
              </w:rPr>
              <w:fldChar w:fldCharType="end"/>
            </w:r>
          </w:p>
        </w:tc>
        <w:tc>
          <w:tcPr>
            <w:tcW w:w="1440" w:type="dxa"/>
          </w:tcPr>
          <w:p w14:paraId="4821395E" w14:textId="51C0DBD5" w:rsidR="00D4051B" w:rsidRPr="00C23396" w:rsidRDefault="00D4051B" w:rsidP="00D4051B">
            <w:pPr>
              <w:spacing w:line="360" w:lineRule="auto"/>
              <w:rPr>
                <w:rFonts w:cs="Arial"/>
                <w:szCs w:val="21"/>
              </w:rPr>
            </w:pPr>
            <w:r w:rsidRPr="00C23396">
              <w:rPr>
                <w:rFonts w:cs="Arial"/>
                <w:szCs w:val="21"/>
              </w:rPr>
              <w:fldChar w:fldCharType="begin">
                <w:ffData>
                  <w:name w:val="Text1"/>
                  <w:enabled/>
                  <w:calcOnExit w:val="0"/>
                  <w:textInput/>
                </w:ffData>
              </w:fldChar>
            </w:r>
            <w:r w:rsidRPr="00C23396">
              <w:rPr>
                <w:rFonts w:cs="Arial"/>
                <w:szCs w:val="21"/>
              </w:rPr>
              <w:instrText xml:space="preserve"> FORMTEXT </w:instrText>
            </w:r>
            <w:r w:rsidRPr="00C23396">
              <w:rPr>
                <w:rFonts w:cs="Arial"/>
                <w:szCs w:val="21"/>
              </w:rPr>
            </w:r>
            <w:r w:rsidRPr="00C23396">
              <w:rPr>
                <w:rFonts w:cs="Arial"/>
                <w:szCs w:val="21"/>
              </w:rPr>
              <w:fldChar w:fldCharType="separate"/>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szCs w:val="21"/>
              </w:rPr>
              <w:fldChar w:fldCharType="end"/>
            </w:r>
          </w:p>
        </w:tc>
        <w:tc>
          <w:tcPr>
            <w:tcW w:w="1710" w:type="dxa"/>
          </w:tcPr>
          <w:p w14:paraId="3DA295ED" w14:textId="693DF765" w:rsidR="00D4051B" w:rsidRPr="00C23396" w:rsidRDefault="00D4051B" w:rsidP="00D4051B">
            <w:pPr>
              <w:spacing w:line="360" w:lineRule="auto"/>
              <w:rPr>
                <w:rFonts w:cs="Arial"/>
                <w:szCs w:val="21"/>
              </w:rPr>
            </w:pPr>
            <w:r w:rsidRPr="00C23396">
              <w:rPr>
                <w:rFonts w:cs="Arial"/>
                <w:szCs w:val="21"/>
              </w:rPr>
              <w:fldChar w:fldCharType="begin">
                <w:ffData>
                  <w:name w:val="Text1"/>
                  <w:enabled/>
                  <w:calcOnExit w:val="0"/>
                  <w:textInput/>
                </w:ffData>
              </w:fldChar>
            </w:r>
            <w:r w:rsidRPr="00C23396">
              <w:rPr>
                <w:rFonts w:cs="Arial"/>
                <w:szCs w:val="21"/>
              </w:rPr>
              <w:instrText xml:space="preserve"> FORMTEXT </w:instrText>
            </w:r>
            <w:r w:rsidRPr="00C23396">
              <w:rPr>
                <w:rFonts w:cs="Arial"/>
                <w:szCs w:val="21"/>
              </w:rPr>
            </w:r>
            <w:r w:rsidRPr="00C23396">
              <w:rPr>
                <w:rFonts w:cs="Arial"/>
                <w:szCs w:val="21"/>
              </w:rPr>
              <w:fldChar w:fldCharType="separate"/>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szCs w:val="21"/>
              </w:rPr>
              <w:fldChar w:fldCharType="end"/>
            </w:r>
          </w:p>
        </w:tc>
        <w:tc>
          <w:tcPr>
            <w:tcW w:w="1980" w:type="dxa"/>
          </w:tcPr>
          <w:p w14:paraId="215E8994" w14:textId="36A3786D" w:rsidR="00D4051B" w:rsidRPr="00C23396" w:rsidRDefault="00D4051B" w:rsidP="00D4051B">
            <w:pPr>
              <w:spacing w:line="360" w:lineRule="auto"/>
              <w:rPr>
                <w:rFonts w:cs="Arial"/>
                <w:szCs w:val="21"/>
              </w:rPr>
            </w:pPr>
            <w:r w:rsidRPr="00C23396">
              <w:rPr>
                <w:rFonts w:cs="Arial"/>
                <w:szCs w:val="21"/>
              </w:rPr>
              <w:fldChar w:fldCharType="begin">
                <w:ffData>
                  <w:name w:val="Text1"/>
                  <w:enabled/>
                  <w:calcOnExit w:val="0"/>
                  <w:textInput/>
                </w:ffData>
              </w:fldChar>
            </w:r>
            <w:r w:rsidRPr="00C23396">
              <w:rPr>
                <w:rFonts w:cs="Arial"/>
                <w:szCs w:val="21"/>
              </w:rPr>
              <w:instrText xml:space="preserve"> FORMTEXT </w:instrText>
            </w:r>
            <w:r w:rsidRPr="00C23396">
              <w:rPr>
                <w:rFonts w:cs="Arial"/>
                <w:szCs w:val="21"/>
              </w:rPr>
            </w:r>
            <w:r w:rsidRPr="00C23396">
              <w:rPr>
                <w:rFonts w:cs="Arial"/>
                <w:szCs w:val="21"/>
              </w:rPr>
              <w:fldChar w:fldCharType="separate"/>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szCs w:val="21"/>
              </w:rPr>
              <w:fldChar w:fldCharType="end"/>
            </w:r>
          </w:p>
        </w:tc>
        <w:tc>
          <w:tcPr>
            <w:tcW w:w="1800" w:type="dxa"/>
          </w:tcPr>
          <w:p w14:paraId="42D0BC7F" w14:textId="2E16A1D1" w:rsidR="00D4051B" w:rsidRPr="00C23396" w:rsidRDefault="00D4051B" w:rsidP="00D4051B">
            <w:pPr>
              <w:spacing w:line="360" w:lineRule="auto"/>
              <w:rPr>
                <w:rFonts w:cs="Arial"/>
                <w:szCs w:val="21"/>
              </w:rPr>
            </w:pPr>
            <w:r w:rsidRPr="00C23396">
              <w:rPr>
                <w:rFonts w:cs="Arial"/>
                <w:szCs w:val="21"/>
              </w:rPr>
              <w:fldChar w:fldCharType="begin">
                <w:ffData>
                  <w:name w:val="Text1"/>
                  <w:enabled/>
                  <w:calcOnExit w:val="0"/>
                  <w:textInput/>
                </w:ffData>
              </w:fldChar>
            </w:r>
            <w:r w:rsidRPr="00C23396">
              <w:rPr>
                <w:rFonts w:cs="Arial"/>
                <w:szCs w:val="21"/>
              </w:rPr>
              <w:instrText xml:space="preserve"> FORMTEXT </w:instrText>
            </w:r>
            <w:r w:rsidRPr="00C23396">
              <w:rPr>
                <w:rFonts w:cs="Arial"/>
                <w:szCs w:val="21"/>
              </w:rPr>
            </w:r>
            <w:r w:rsidRPr="00C23396">
              <w:rPr>
                <w:rFonts w:cs="Arial"/>
                <w:szCs w:val="21"/>
              </w:rPr>
              <w:fldChar w:fldCharType="separate"/>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szCs w:val="21"/>
              </w:rPr>
              <w:fldChar w:fldCharType="end"/>
            </w:r>
          </w:p>
        </w:tc>
        <w:tc>
          <w:tcPr>
            <w:tcW w:w="1800" w:type="dxa"/>
          </w:tcPr>
          <w:p w14:paraId="5CDC23C9" w14:textId="61030609" w:rsidR="00D4051B" w:rsidRPr="00C23396" w:rsidRDefault="00D4051B" w:rsidP="00D4051B">
            <w:pPr>
              <w:spacing w:line="360" w:lineRule="auto"/>
              <w:rPr>
                <w:rFonts w:cs="Arial"/>
                <w:szCs w:val="21"/>
              </w:rPr>
            </w:pPr>
            <w:r w:rsidRPr="00C23396">
              <w:rPr>
                <w:rFonts w:cs="Arial"/>
                <w:szCs w:val="21"/>
              </w:rPr>
              <w:fldChar w:fldCharType="begin">
                <w:ffData>
                  <w:name w:val="Text1"/>
                  <w:enabled/>
                  <w:calcOnExit w:val="0"/>
                  <w:textInput/>
                </w:ffData>
              </w:fldChar>
            </w:r>
            <w:r w:rsidRPr="00C23396">
              <w:rPr>
                <w:rFonts w:cs="Arial"/>
                <w:szCs w:val="21"/>
              </w:rPr>
              <w:instrText xml:space="preserve"> FORMTEXT </w:instrText>
            </w:r>
            <w:r w:rsidRPr="00C23396">
              <w:rPr>
                <w:rFonts w:cs="Arial"/>
                <w:szCs w:val="21"/>
              </w:rPr>
            </w:r>
            <w:r w:rsidRPr="00C23396">
              <w:rPr>
                <w:rFonts w:cs="Arial"/>
                <w:szCs w:val="21"/>
              </w:rPr>
              <w:fldChar w:fldCharType="separate"/>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szCs w:val="21"/>
              </w:rPr>
              <w:fldChar w:fldCharType="end"/>
            </w:r>
          </w:p>
        </w:tc>
        <w:tc>
          <w:tcPr>
            <w:tcW w:w="2070" w:type="dxa"/>
          </w:tcPr>
          <w:p w14:paraId="0455B316" w14:textId="733CA1D3" w:rsidR="00D4051B" w:rsidRPr="00C23396" w:rsidRDefault="00D4051B" w:rsidP="00D4051B">
            <w:pPr>
              <w:spacing w:line="360" w:lineRule="auto"/>
              <w:rPr>
                <w:rFonts w:cs="Arial"/>
                <w:szCs w:val="21"/>
              </w:rPr>
            </w:pPr>
            <w:r w:rsidRPr="00C23396">
              <w:rPr>
                <w:rFonts w:cs="Arial"/>
                <w:szCs w:val="21"/>
              </w:rPr>
              <w:fldChar w:fldCharType="begin">
                <w:ffData>
                  <w:name w:val="Text1"/>
                  <w:enabled/>
                  <w:calcOnExit w:val="0"/>
                  <w:textInput/>
                </w:ffData>
              </w:fldChar>
            </w:r>
            <w:r w:rsidRPr="00C23396">
              <w:rPr>
                <w:rFonts w:cs="Arial"/>
                <w:szCs w:val="21"/>
              </w:rPr>
              <w:instrText xml:space="preserve"> FORMTEXT </w:instrText>
            </w:r>
            <w:r w:rsidRPr="00C23396">
              <w:rPr>
                <w:rFonts w:cs="Arial"/>
                <w:szCs w:val="21"/>
              </w:rPr>
            </w:r>
            <w:r w:rsidRPr="00C23396">
              <w:rPr>
                <w:rFonts w:cs="Arial"/>
                <w:szCs w:val="21"/>
              </w:rPr>
              <w:fldChar w:fldCharType="separate"/>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szCs w:val="21"/>
              </w:rPr>
              <w:fldChar w:fldCharType="end"/>
            </w:r>
          </w:p>
        </w:tc>
        <w:tc>
          <w:tcPr>
            <w:tcW w:w="1710" w:type="dxa"/>
          </w:tcPr>
          <w:p w14:paraId="05C3E48F" w14:textId="437BBBFD" w:rsidR="00D4051B" w:rsidRPr="00C23396" w:rsidRDefault="00D4051B" w:rsidP="00D4051B">
            <w:pPr>
              <w:spacing w:line="360" w:lineRule="auto"/>
              <w:rPr>
                <w:rFonts w:cs="Arial"/>
                <w:szCs w:val="21"/>
              </w:rPr>
            </w:pPr>
            <w:r w:rsidRPr="00C23396">
              <w:rPr>
                <w:rFonts w:cs="Arial"/>
                <w:szCs w:val="21"/>
              </w:rPr>
              <w:fldChar w:fldCharType="begin">
                <w:ffData>
                  <w:name w:val="Text1"/>
                  <w:enabled/>
                  <w:calcOnExit w:val="0"/>
                  <w:textInput/>
                </w:ffData>
              </w:fldChar>
            </w:r>
            <w:r w:rsidRPr="00C23396">
              <w:rPr>
                <w:rFonts w:cs="Arial"/>
                <w:szCs w:val="21"/>
              </w:rPr>
              <w:instrText xml:space="preserve"> FORMTEXT </w:instrText>
            </w:r>
            <w:r w:rsidRPr="00C23396">
              <w:rPr>
                <w:rFonts w:cs="Arial"/>
                <w:szCs w:val="21"/>
              </w:rPr>
            </w:r>
            <w:r w:rsidRPr="00C23396">
              <w:rPr>
                <w:rFonts w:cs="Arial"/>
                <w:szCs w:val="21"/>
              </w:rPr>
              <w:fldChar w:fldCharType="separate"/>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szCs w:val="21"/>
              </w:rPr>
              <w:fldChar w:fldCharType="end"/>
            </w:r>
          </w:p>
        </w:tc>
      </w:tr>
      <w:tr w:rsidR="00D4051B" w:rsidRPr="00C23396" w14:paraId="21BF2BB1" w14:textId="4723F6EC" w:rsidTr="00066094">
        <w:trPr>
          <w:trHeight w:val="432"/>
        </w:trPr>
        <w:tc>
          <w:tcPr>
            <w:tcW w:w="1615" w:type="dxa"/>
          </w:tcPr>
          <w:p w14:paraId="06E8D5E9" w14:textId="5EE008D2" w:rsidR="00D4051B" w:rsidRPr="00C23396" w:rsidRDefault="00D4051B" w:rsidP="00D4051B">
            <w:pPr>
              <w:spacing w:line="360" w:lineRule="auto"/>
              <w:rPr>
                <w:rFonts w:cs="Arial"/>
                <w:szCs w:val="21"/>
              </w:rPr>
            </w:pPr>
            <w:r w:rsidRPr="00C23396">
              <w:rPr>
                <w:rFonts w:cs="Arial"/>
                <w:szCs w:val="21"/>
              </w:rPr>
              <w:fldChar w:fldCharType="begin">
                <w:ffData>
                  <w:name w:val="Text1"/>
                  <w:enabled/>
                  <w:calcOnExit w:val="0"/>
                  <w:textInput/>
                </w:ffData>
              </w:fldChar>
            </w:r>
            <w:r w:rsidRPr="00C23396">
              <w:rPr>
                <w:rFonts w:cs="Arial"/>
                <w:szCs w:val="21"/>
              </w:rPr>
              <w:instrText xml:space="preserve"> FORMTEXT </w:instrText>
            </w:r>
            <w:r w:rsidRPr="00C23396">
              <w:rPr>
                <w:rFonts w:cs="Arial"/>
                <w:szCs w:val="21"/>
              </w:rPr>
            </w:r>
            <w:r w:rsidRPr="00C23396">
              <w:rPr>
                <w:rFonts w:cs="Arial"/>
                <w:szCs w:val="21"/>
              </w:rPr>
              <w:fldChar w:fldCharType="separate"/>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szCs w:val="21"/>
              </w:rPr>
              <w:fldChar w:fldCharType="end"/>
            </w:r>
          </w:p>
        </w:tc>
        <w:tc>
          <w:tcPr>
            <w:tcW w:w="1440" w:type="dxa"/>
          </w:tcPr>
          <w:p w14:paraId="2D63039E" w14:textId="167DFC59" w:rsidR="00D4051B" w:rsidRPr="00C23396" w:rsidRDefault="00D4051B" w:rsidP="00D4051B">
            <w:pPr>
              <w:spacing w:line="360" w:lineRule="auto"/>
              <w:rPr>
                <w:rFonts w:cs="Arial"/>
                <w:szCs w:val="21"/>
              </w:rPr>
            </w:pPr>
            <w:r w:rsidRPr="00C23396">
              <w:rPr>
                <w:rFonts w:cs="Arial"/>
                <w:szCs w:val="21"/>
              </w:rPr>
              <w:fldChar w:fldCharType="begin">
                <w:ffData>
                  <w:name w:val="Text1"/>
                  <w:enabled/>
                  <w:calcOnExit w:val="0"/>
                  <w:textInput/>
                </w:ffData>
              </w:fldChar>
            </w:r>
            <w:r w:rsidRPr="00C23396">
              <w:rPr>
                <w:rFonts w:cs="Arial"/>
                <w:szCs w:val="21"/>
              </w:rPr>
              <w:instrText xml:space="preserve"> FORMTEXT </w:instrText>
            </w:r>
            <w:r w:rsidRPr="00C23396">
              <w:rPr>
                <w:rFonts w:cs="Arial"/>
                <w:szCs w:val="21"/>
              </w:rPr>
            </w:r>
            <w:r w:rsidRPr="00C23396">
              <w:rPr>
                <w:rFonts w:cs="Arial"/>
                <w:szCs w:val="21"/>
              </w:rPr>
              <w:fldChar w:fldCharType="separate"/>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szCs w:val="21"/>
              </w:rPr>
              <w:fldChar w:fldCharType="end"/>
            </w:r>
          </w:p>
        </w:tc>
        <w:tc>
          <w:tcPr>
            <w:tcW w:w="1710" w:type="dxa"/>
          </w:tcPr>
          <w:p w14:paraId="4A8E922C" w14:textId="465F4673" w:rsidR="00D4051B" w:rsidRPr="00C23396" w:rsidRDefault="00D4051B" w:rsidP="00D4051B">
            <w:pPr>
              <w:spacing w:line="360" w:lineRule="auto"/>
              <w:rPr>
                <w:rFonts w:cs="Arial"/>
                <w:szCs w:val="21"/>
              </w:rPr>
            </w:pPr>
            <w:r w:rsidRPr="00C23396">
              <w:rPr>
                <w:rFonts w:cs="Arial"/>
                <w:szCs w:val="21"/>
              </w:rPr>
              <w:fldChar w:fldCharType="begin">
                <w:ffData>
                  <w:name w:val="Text1"/>
                  <w:enabled/>
                  <w:calcOnExit w:val="0"/>
                  <w:textInput/>
                </w:ffData>
              </w:fldChar>
            </w:r>
            <w:r w:rsidRPr="00C23396">
              <w:rPr>
                <w:rFonts w:cs="Arial"/>
                <w:szCs w:val="21"/>
              </w:rPr>
              <w:instrText xml:space="preserve"> FORMTEXT </w:instrText>
            </w:r>
            <w:r w:rsidRPr="00C23396">
              <w:rPr>
                <w:rFonts w:cs="Arial"/>
                <w:szCs w:val="21"/>
              </w:rPr>
            </w:r>
            <w:r w:rsidRPr="00C23396">
              <w:rPr>
                <w:rFonts w:cs="Arial"/>
                <w:szCs w:val="21"/>
              </w:rPr>
              <w:fldChar w:fldCharType="separate"/>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szCs w:val="21"/>
              </w:rPr>
              <w:fldChar w:fldCharType="end"/>
            </w:r>
          </w:p>
        </w:tc>
        <w:tc>
          <w:tcPr>
            <w:tcW w:w="1980" w:type="dxa"/>
          </w:tcPr>
          <w:p w14:paraId="5A8A90A7" w14:textId="63E5B06C" w:rsidR="00D4051B" w:rsidRPr="00C23396" w:rsidRDefault="00D4051B" w:rsidP="00D4051B">
            <w:pPr>
              <w:spacing w:line="360" w:lineRule="auto"/>
              <w:rPr>
                <w:rFonts w:cs="Arial"/>
                <w:szCs w:val="21"/>
              </w:rPr>
            </w:pPr>
            <w:r w:rsidRPr="00C23396">
              <w:rPr>
                <w:rFonts w:cs="Arial"/>
                <w:szCs w:val="21"/>
              </w:rPr>
              <w:fldChar w:fldCharType="begin">
                <w:ffData>
                  <w:name w:val="Text1"/>
                  <w:enabled/>
                  <w:calcOnExit w:val="0"/>
                  <w:textInput/>
                </w:ffData>
              </w:fldChar>
            </w:r>
            <w:r w:rsidRPr="00C23396">
              <w:rPr>
                <w:rFonts w:cs="Arial"/>
                <w:szCs w:val="21"/>
              </w:rPr>
              <w:instrText xml:space="preserve"> FORMTEXT </w:instrText>
            </w:r>
            <w:r w:rsidRPr="00C23396">
              <w:rPr>
                <w:rFonts w:cs="Arial"/>
                <w:szCs w:val="21"/>
              </w:rPr>
            </w:r>
            <w:r w:rsidRPr="00C23396">
              <w:rPr>
                <w:rFonts w:cs="Arial"/>
                <w:szCs w:val="21"/>
              </w:rPr>
              <w:fldChar w:fldCharType="separate"/>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szCs w:val="21"/>
              </w:rPr>
              <w:fldChar w:fldCharType="end"/>
            </w:r>
          </w:p>
        </w:tc>
        <w:tc>
          <w:tcPr>
            <w:tcW w:w="1800" w:type="dxa"/>
          </w:tcPr>
          <w:p w14:paraId="10DC3B60" w14:textId="0C41D87E" w:rsidR="00D4051B" w:rsidRPr="00C23396" w:rsidRDefault="00D4051B" w:rsidP="00D4051B">
            <w:pPr>
              <w:spacing w:line="360" w:lineRule="auto"/>
              <w:rPr>
                <w:rFonts w:cs="Arial"/>
                <w:szCs w:val="21"/>
              </w:rPr>
            </w:pPr>
            <w:r w:rsidRPr="00C23396">
              <w:rPr>
                <w:rFonts w:cs="Arial"/>
                <w:szCs w:val="21"/>
              </w:rPr>
              <w:fldChar w:fldCharType="begin">
                <w:ffData>
                  <w:name w:val="Text1"/>
                  <w:enabled/>
                  <w:calcOnExit w:val="0"/>
                  <w:textInput/>
                </w:ffData>
              </w:fldChar>
            </w:r>
            <w:r w:rsidRPr="00C23396">
              <w:rPr>
                <w:rFonts w:cs="Arial"/>
                <w:szCs w:val="21"/>
              </w:rPr>
              <w:instrText xml:space="preserve"> FORMTEXT </w:instrText>
            </w:r>
            <w:r w:rsidRPr="00C23396">
              <w:rPr>
                <w:rFonts w:cs="Arial"/>
                <w:szCs w:val="21"/>
              </w:rPr>
            </w:r>
            <w:r w:rsidRPr="00C23396">
              <w:rPr>
                <w:rFonts w:cs="Arial"/>
                <w:szCs w:val="21"/>
              </w:rPr>
              <w:fldChar w:fldCharType="separate"/>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szCs w:val="21"/>
              </w:rPr>
              <w:fldChar w:fldCharType="end"/>
            </w:r>
          </w:p>
        </w:tc>
        <w:tc>
          <w:tcPr>
            <w:tcW w:w="1800" w:type="dxa"/>
          </w:tcPr>
          <w:p w14:paraId="6BDE8A25" w14:textId="6D486D71" w:rsidR="00D4051B" w:rsidRPr="00C23396" w:rsidRDefault="00D4051B" w:rsidP="00D4051B">
            <w:pPr>
              <w:spacing w:line="360" w:lineRule="auto"/>
              <w:rPr>
                <w:rFonts w:cs="Arial"/>
                <w:szCs w:val="21"/>
              </w:rPr>
            </w:pPr>
            <w:r w:rsidRPr="00C23396">
              <w:rPr>
                <w:rFonts w:cs="Arial"/>
                <w:szCs w:val="21"/>
              </w:rPr>
              <w:fldChar w:fldCharType="begin">
                <w:ffData>
                  <w:name w:val="Text1"/>
                  <w:enabled/>
                  <w:calcOnExit w:val="0"/>
                  <w:textInput/>
                </w:ffData>
              </w:fldChar>
            </w:r>
            <w:r w:rsidRPr="00C23396">
              <w:rPr>
                <w:rFonts w:cs="Arial"/>
                <w:szCs w:val="21"/>
              </w:rPr>
              <w:instrText xml:space="preserve"> FORMTEXT </w:instrText>
            </w:r>
            <w:r w:rsidRPr="00C23396">
              <w:rPr>
                <w:rFonts w:cs="Arial"/>
                <w:szCs w:val="21"/>
              </w:rPr>
            </w:r>
            <w:r w:rsidRPr="00C23396">
              <w:rPr>
                <w:rFonts w:cs="Arial"/>
                <w:szCs w:val="21"/>
              </w:rPr>
              <w:fldChar w:fldCharType="separate"/>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szCs w:val="21"/>
              </w:rPr>
              <w:fldChar w:fldCharType="end"/>
            </w:r>
          </w:p>
        </w:tc>
        <w:tc>
          <w:tcPr>
            <w:tcW w:w="2070" w:type="dxa"/>
          </w:tcPr>
          <w:p w14:paraId="53669717" w14:textId="725A9FD3" w:rsidR="00D4051B" w:rsidRPr="00C23396" w:rsidRDefault="00D4051B" w:rsidP="00D4051B">
            <w:pPr>
              <w:spacing w:line="360" w:lineRule="auto"/>
              <w:rPr>
                <w:rFonts w:cs="Arial"/>
                <w:szCs w:val="21"/>
              </w:rPr>
            </w:pPr>
            <w:r w:rsidRPr="00C23396">
              <w:rPr>
                <w:rFonts w:cs="Arial"/>
                <w:szCs w:val="21"/>
              </w:rPr>
              <w:fldChar w:fldCharType="begin">
                <w:ffData>
                  <w:name w:val="Text1"/>
                  <w:enabled/>
                  <w:calcOnExit w:val="0"/>
                  <w:textInput/>
                </w:ffData>
              </w:fldChar>
            </w:r>
            <w:r w:rsidRPr="00C23396">
              <w:rPr>
                <w:rFonts w:cs="Arial"/>
                <w:szCs w:val="21"/>
              </w:rPr>
              <w:instrText xml:space="preserve"> FORMTEXT </w:instrText>
            </w:r>
            <w:r w:rsidRPr="00C23396">
              <w:rPr>
                <w:rFonts w:cs="Arial"/>
                <w:szCs w:val="21"/>
              </w:rPr>
            </w:r>
            <w:r w:rsidRPr="00C23396">
              <w:rPr>
                <w:rFonts w:cs="Arial"/>
                <w:szCs w:val="21"/>
              </w:rPr>
              <w:fldChar w:fldCharType="separate"/>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szCs w:val="21"/>
              </w:rPr>
              <w:fldChar w:fldCharType="end"/>
            </w:r>
          </w:p>
        </w:tc>
        <w:tc>
          <w:tcPr>
            <w:tcW w:w="1710" w:type="dxa"/>
          </w:tcPr>
          <w:p w14:paraId="49C4A5AF" w14:textId="7CE7B585" w:rsidR="00D4051B" w:rsidRPr="00C23396" w:rsidRDefault="00D4051B" w:rsidP="00D4051B">
            <w:pPr>
              <w:spacing w:line="360" w:lineRule="auto"/>
              <w:rPr>
                <w:rFonts w:cs="Arial"/>
                <w:szCs w:val="21"/>
              </w:rPr>
            </w:pPr>
            <w:r w:rsidRPr="00C23396">
              <w:rPr>
                <w:rFonts w:cs="Arial"/>
                <w:szCs w:val="21"/>
              </w:rPr>
              <w:fldChar w:fldCharType="begin">
                <w:ffData>
                  <w:name w:val="Text1"/>
                  <w:enabled/>
                  <w:calcOnExit w:val="0"/>
                  <w:textInput/>
                </w:ffData>
              </w:fldChar>
            </w:r>
            <w:r w:rsidRPr="00C23396">
              <w:rPr>
                <w:rFonts w:cs="Arial"/>
                <w:szCs w:val="21"/>
              </w:rPr>
              <w:instrText xml:space="preserve"> FORMTEXT </w:instrText>
            </w:r>
            <w:r w:rsidRPr="00C23396">
              <w:rPr>
                <w:rFonts w:cs="Arial"/>
                <w:szCs w:val="21"/>
              </w:rPr>
            </w:r>
            <w:r w:rsidRPr="00C23396">
              <w:rPr>
                <w:rFonts w:cs="Arial"/>
                <w:szCs w:val="21"/>
              </w:rPr>
              <w:fldChar w:fldCharType="separate"/>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szCs w:val="21"/>
              </w:rPr>
              <w:fldChar w:fldCharType="end"/>
            </w:r>
          </w:p>
        </w:tc>
      </w:tr>
      <w:tr w:rsidR="00D4051B" w:rsidRPr="00C23396" w14:paraId="547C76BD" w14:textId="1814FE46" w:rsidTr="00066094">
        <w:trPr>
          <w:trHeight w:val="432"/>
        </w:trPr>
        <w:tc>
          <w:tcPr>
            <w:tcW w:w="1615" w:type="dxa"/>
          </w:tcPr>
          <w:p w14:paraId="3DFBF314" w14:textId="6C9E3935" w:rsidR="00D4051B" w:rsidRPr="00C23396" w:rsidRDefault="00D4051B" w:rsidP="00D4051B">
            <w:pPr>
              <w:spacing w:line="360" w:lineRule="auto"/>
              <w:rPr>
                <w:rFonts w:cs="Arial"/>
                <w:szCs w:val="21"/>
              </w:rPr>
            </w:pPr>
            <w:r w:rsidRPr="00C23396">
              <w:rPr>
                <w:rFonts w:cs="Arial"/>
                <w:szCs w:val="21"/>
              </w:rPr>
              <w:fldChar w:fldCharType="begin">
                <w:ffData>
                  <w:name w:val="Text1"/>
                  <w:enabled/>
                  <w:calcOnExit w:val="0"/>
                  <w:textInput/>
                </w:ffData>
              </w:fldChar>
            </w:r>
            <w:r w:rsidRPr="00C23396">
              <w:rPr>
                <w:rFonts w:cs="Arial"/>
                <w:szCs w:val="21"/>
              </w:rPr>
              <w:instrText xml:space="preserve"> FORMTEXT </w:instrText>
            </w:r>
            <w:r w:rsidRPr="00C23396">
              <w:rPr>
                <w:rFonts w:cs="Arial"/>
                <w:szCs w:val="21"/>
              </w:rPr>
            </w:r>
            <w:r w:rsidRPr="00C23396">
              <w:rPr>
                <w:rFonts w:cs="Arial"/>
                <w:szCs w:val="21"/>
              </w:rPr>
              <w:fldChar w:fldCharType="separate"/>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szCs w:val="21"/>
              </w:rPr>
              <w:fldChar w:fldCharType="end"/>
            </w:r>
          </w:p>
        </w:tc>
        <w:tc>
          <w:tcPr>
            <w:tcW w:w="1440" w:type="dxa"/>
          </w:tcPr>
          <w:p w14:paraId="05A90E93" w14:textId="007AFD0C" w:rsidR="00D4051B" w:rsidRPr="00C23396" w:rsidRDefault="00D4051B" w:rsidP="00D4051B">
            <w:pPr>
              <w:spacing w:line="360" w:lineRule="auto"/>
              <w:rPr>
                <w:rFonts w:cs="Arial"/>
                <w:szCs w:val="21"/>
              </w:rPr>
            </w:pPr>
            <w:r w:rsidRPr="00C23396">
              <w:rPr>
                <w:rFonts w:cs="Arial"/>
                <w:szCs w:val="21"/>
              </w:rPr>
              <w:fldChar w:fldCharType="begin">
                <w:ffData>
                  <w:name w:val="Text1"/>
                  <w:enabled/>
                  <w:calcOnExit w:val="0"/>
                  <w:textInput/>
                </w:ffData>
              </w:fldChar>
            </w:r>
            <w:r w:rsidRPr="00C23396">
              <w:rPr>
                <w:rFonts w:cs="Arial"/>
                <w:szCs w:val="21"/>
              </w:rPr>
              <w:instrText xml:space="preserve"> FORMTEXT </w:instrText>
            </w:r>
            <w:r w:rsidRPr="00C23396">
              <w:rPr>
                <w:rFonts w:cs="Arial"/>
                <w:szCs w:val="21"/>
              </w:rPr>
            </w:r>
            <w:r w:rsidRPr="00C23396">
              <w:rPr>
                <w:rFonts w:cs="Arial"/>
                <w:szCs w:val="21"/>
              </w:rPr>
              <w:fldChar w:fldCharType="separate"/>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szCs w:val="21"/>
              </w:rPr>
              <w:fldChar w:fldCharType="end"/>
            </w:r>
          </w:p>
        </w:tc>
        <w:tc>
          <w:tcPr>
            <w:tcW w:w="1710" w:type="dxa"/>
          </w:tcPr>
          <w:p w14:paraId="41A0DBBE" w14:textId="3BA98D38" w:rsidR="00D4051B" w:rsidRPr="00C23396" w:rsidRDefault="00D4051B" w:rsidP="00D4051B">
            <w:pPr>
              <w:spacing w:line="360" w:lineRule="auto"/>
              <w:rPr>
                <w:rFonts w:cs="Arial"/>
                <w:szCs w:val="21"/>
              </w:rPr>
            </w:pPr>
            <w:r w:rsidRPr="00C23396">
              <w:rPr>
                <w:rFonts w:cs="Arial"/>
                <w:szCs w:val="21"/>
              </w:rPr>
              <w:fldChar w:fldCharType="begin">
                <w:ffData>
                  <w:name w:val="Text1"/>
                  <w:enabled/>
                  <w:calcOnExit w:val="0"/>
                  <w:textInput/>
                </w:ffData>
              </w:fldChar>
            </w:r>
            <w:r w:rsidRPr="00C23396">
              <w:rPr>
                <w:rFonts w:cs="Arial"/>
                <w:szCs w:val="21"/>
              </w:rPr>
              <w:instrText xml:space="preserve"> FORMTEXT </w:instrText>
            </w:r>
            <w:r w:rsidRPr="00C23396">
              <w:rPr>
                <w:rFonts w:cs="Arial"/>
                <w:szCs w:val="21"/>
              </w:rPr>
            </w:r>
            <w:r w:rsidRPr="00C23396">
              <w:rPr>
                <w:rFonts w:cs="Arial"/>
                <w:szCs w:val="21"/>
              </w:rPr>
              <w:fldChar w:fldCharType="separate"/>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szCs w:val="21"/>
              </w:rPr>
              <w:fldChar w:fldCharType="end"/>
            </w:r>
          </w:p>
        </w:tc>
        <w:tc>
          <w:tcPr>
            <w:tcW w:w="1980" w:type="dxa"/>
          </w:tcPr>
          <w:p w14:paraId="531AE6A8" w14:textId="1A974D45" w:rsidR="00D4051B" w:rsidRPr="00C23396" w:rsidRDefault="00D4051B" w:rsidP="00D4051B">
            <w:pPr>
              <w:spacing w:line="360" w:lineRule="auto"/>
              <w:rPr>
                <w:rFonts w:cs="Arial"/>
                <w:szCs w:val="21"/>
              </w:rPr>
            </w:pPr>
            <w:r w:rsidRPr="00C23396">
              <w:rPr>
                <w:rFonts w:cs="Arial"/>
                <w:szCs w:val="21"/>
              </w:rPr>
              <w:fldChar w:fldCharType="begin">
                <w:ffData>
                  <w:name w:val="Text1"/>
                  <w:enabled/>
                  <w:calcOnExit w:val="0"/>
                  <w:textInput/>
                </w:ffData>
              </w:fldChar>
            </w:r>
            <w:r w:rsidRPr="00C23396">
              <w:rPr>
                <w:rFonts w:cs="Arial"/>
                <w:szCs w:val="21"/>
              </w:rPr>
              <w:instrText xml:space="preserve"> FORMTEXT </w:instrText>
            </w:r>
            <w:r w:rsidRPr="00C23396">
              <w:rPr>
                <w:rFonts w:cs="Arial"/>
                <w:szCs w:val="21"/>
              </w:rPr>
            </w:r>
            <w:r w:rsidRPr="00C23396">
              <w:rPr>
                <w:rFonts w:cs="Arial"/>
                <w:szCs w:val="21"/>
              </w:rPr>
              <w:fldChar w:fldCharType="separate"/>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szCs w:val="21"/>
              </w:rPr>
              <w:fldChar w:fldCharType="end"/>
            </w:r>
          </w:p>
        </w:tc>
        <w:tc>
          <w:tcPr>
            <w:tcW w:w="1800" w:type="dxa"/>
          </w:tcPr>
          <w:p w14:paraId="4A0FA4AE" w14:textId="07EC980A" w:rsidR="00D4051B" w:rsidRPr="00C23396" w:rsidRDefault="00D4051B" w:rsidP="00D4051B">
            <w:pPr>
              <w:spacing w:line="360" w:lineRule="auto"/>
              <w:rPr>
                <w:rFonts w:cs="Arial"/>
                <w:szCs w:val="21"/>
              </w:rPr>
            </w:pPr>
            <w:r w:rsidRPr="00C23396">
              <w:rPr>
                <w:rFonts w:cs="Arial"/>
                <w:szCs w:val="21"/>
              </w:rPr>
              <w:fldChar w:fldCharType="begin">
                <w:ffData>
                  <w:name w:val="Text1"/>
                  <w:enabled/>
                  <w:calcOnExit w:val="0"/>
                  <w:textInput/>
                </w:ffData>
              </w:fldChar>
            </w:r>
            <w:r w:rsidRPr="00C23396">
              <w:rPr>
                <w:rFonts w:cs="Arial"/>
                <w:szCs w:val="21"/>
              </w:rPr>
              <w:instrText xml:space="preserve"> FORMTEXT </w:instrText>
            </w:r>
            <w:r w:rsidRPr="00C23396">
              <w:rPr>
                <w:rFonts w:cs="Arial"/>
                <w:szCs w:val="21"/>
              </w:rPr>
            </w:r>
            <w:r w:rsidRPr="00C23396">
              <w:rPr>
                <w:rFonts w:cs="Arial"/>
                <w:szCs w:val="21"/>
              </w:rPr>
              <w:fldChar w:fldCharType="separate"/>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szCs w:val="21"/>
              </w:rPr>
              <w:fldChar w:fldCharType="end"/>
            </w:r>
          </w:p>
        </w:tc>
        <w:tc>
          <w:tcPr>
            <w:tcW w:w="1800" w:type="dxa"/>
          </w:tcPr>
          <w:p w14:paraId="552D8565" w14:textId="7F0EFFA2" w:rsidR="00D4051B" w:rsidRPr="00C23396" w:rsidRDefault="00D4051B" w:rsidP="00D4051B">
            <w:pPr>
              <w:spacing w:line="360" w:lineRule="auto"/>
              <w:rPr>
                <w:rFonts w:cs="Arial"/>
                <w:szCs w:val="21"/>
              </w:rPr>
            </w:pPr>
            <w:r w:rsidRPr="00C23396">
              <w:rPr>
                <w:rFonts w:cs="Arial"/>
                <w:szCs w:val="21"/>
              </w:rPr>
              <w:fldChar w:fldCharType="begin">
                <w:ffData>
                  <w:name w:val="Text1"/>
                  <w:enabled/>
                  <w:calcOnExit w:val="0"/>
                  <w:textInput/>
                </w:ffData>
              </w:fldChar>
            </w:r>
            <w:r w:rsidRPr="00C23396">
              <w:rPr>
                <w:rFonts w:cs="Arial"/>
                <w:szCs w:val="21"/>
              </w:rPr>
              <w:instrText xml:space="preserve"> FORMTEXT </w:instrText>
            </w:r>
            <w:r w:rsidRPr="00C23396">
              <w:rPr>
                <w:rFonts w:cs="Arial"/>
                <w:szCs w:val="21"/>
              </w:rPr>
            </w:r>
            <w:r w:rsidRPr="00C23396">
              <w:rPr>
                <w:rFonts w:cs="Arial"/>
                <w:szCs w:val="21"/>
              </w:rPr>
              <w:fldChar w:fldCharType="separate"/>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szCs w:val="21"/>
              </w:rPr>
              <w:fldChar w:fldCharType="end"/>
            </w:r>
          </w:p>
        </w:tc>
        <w:tc>
          <w:tcPr>
            <w:tcW w:w="2070" w:type="dxa"/>
          </w:tcPr>
          <w:p w14:paraId="4E6359E5" w14:textId="6B49E156" w:rsidR="00D4051B" w:rsidRPr="00C23396" w:rsidRDefault="00D4051B" w:rsidP="00D4051B">
            <w:pPr>
              <w:spacing w:line="360" w:lineRule="auto"/>
              <w:rPr>
                <w:rFonts w:cs="Arial"/>
                <w:szCs w:val="21"/>
              </w:rPr>
            </w:pPr>
            <w:r w:rsidRPr="00C23396">
              <w:rPr>
                <w:rFonts w:cs="Arial"/>
                <w:szCs w:val="21"/>
              </w:rPr>
              <w:fldChar w:fldCharType="begin">
                <w:ffData>
                  <w:name w:val="Text1"/>
                  <w:enabled/>
                  <w:calcOnExit w:val="0"/>
                  <w:textInput/>
                </w:ffData>
              </w:fldChar>
            </w:r>
            <w:r w:rsidRPr="00C23396">
              <w:rPr>
                <w:rFonts w:cs="Arial"/>
                <w:szCs w:val="21"/>
              </w:rPr>
              <w:instrText xml:space="preserve"> FORMTEXT </w:instrText>
            </w:r>
            <w:r w:rsidRPr="00C23396">
              <w:rPr>
                <w:rFonts w:cs="Arial"/>
                <w:szCs w:val="21"/>
              </w:rPr>
            </w:r>
            <w:r w:rsidRPr="00C23396">
              <w:rPr>
                <w:rFonts w:cs="Arial"/>
                <w:szCs w:val="21"/>
              </w:rPr>
              <w:fldChar w:fldCharType="separate"/>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szCs w:val="21"/>
              </w:rPr>
              <w:fldChar w:fldCharType="end"/>
            </w:r>
          </w:p>
        </w:tc>
        <w:tc>
          <w:tcPr>
            <w:tcW w:w="1710" w:type="dxa"/>
          </w:tcPr>
          <w:p w14:paraId="786B72C8" w14:textId="602B9CA3" w:rsidR="00D4051B" w:rsidRPr="00C23396" w:rsidRDefault="00D4051B" w:rsidP="00D4051B">
            <w:pPr>
              <w:spacing w:line="360" w:lineRule="auto"/>
              <w:rPr>
                <w:rFonts w:cs="Arial"/>
                <w:szCs w:val="21"/>
              </w:rPr>
            </w:pPr>
            <w:r w:rsidRPr="00C23396">
              <w:rPr>
                <w:rFonts w:cs="Arial"/>
                <w:szCs w:val="21"/>
              </w:rPr>
              <w:fldChar w:fldCharType="begin">
                <w:ffData>
                  <w:name w:val="Text1"/>
                  <w:enabled/>
                  <w:calcOnExit w:val="0"/>
                  <w:textInput/>
                </w:ffData>
              </w:fldChar>
            </w:r>
            <w:r w:rsidRPr="00C23396">
              <w:rPr>
                <w:rFonts w:cs="Arial"/>
                <w:szCs w:val="21"/>
              </w:rPr>
              <w:instrText xml:space="preserve"> FORMTEXT </w:instrText>
            </w:r>
            <w:r w:rsidRPr="00C23396">
              <w:rPr>
                <w:rFonts w:cs="Arial"/>
                <w:szCs w:val="21"/>
              </w:rPr>
            </w:r>
            <w:r w:rsidRPr="00C23396">
              <w:rPr>
                <w:rFonts w:cs="Arial"/>
                <w:szCs w:val="21"/>
              </w:rPr>
              <w:fldChar w:fldCharType="separate"/>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szCs w:val="21"/>
              </w:rPr>
              <w:fldChar w:fldCharType="end"/>
            </w:r>
          </w:p>
        </w:tc>
      </w:tr>
      <w:tr w:rsidR="00D4051B" w:rsidRPr="00C23396" w14:paraId="339A3BC2" w14:textId="77777777" w:rsidTr="00066094">
        <w:trPr>
          <w:trHeight w:val="432"/>
        </w:trPr>
        <w:tc>
          <w:tcPr>
            <w:tcW w:w="1615" w:type="dxa"/>
          </w:tcPr>
          <w:p w14:paraId="4D563864" w14:textId="0D058DBC" w:rsidR="00D4051B" w:rsidRPr="00C23396" w:rsidRDefault="00D4051B" w:rsidP="00D4051B">
            <w:pPr>
              <w:spacing w:line="360" w:lineRule="auto"/>
              <w:rPr>
                <w:rFonts w:cs="Arial"/>
                <w:szCs w:val="21"/>
              </w:rPr>
            </w:pPr>
            <w:r w:rsidRPr="00C23396">
              <w:rPr>
                <w:rFonts w:cs="Arial"/>
                <w:szCs w:val="21"/>
              </w:rPr>
              <w:fldChar w:fldCharType="begin">
                <w:ffData>
                  <w:name w:val="Text1"/>
                  <w:enabled/>
                  <w:calcOnExit w:val="0"/>
                  <w:textInput/>
                </w:ffData>
              </w:fldChar>
            </w:r>
            <w:r w:rsidRPr="00C23396">
              <w:rPr>
                <w:rFonts w:cs="Arial"/>
                <w:szCs w:val="21"/>
              </w:rPr>
              <w:instrText xml:space="preserve"> FORMTEXT </w:instrText>
            </w:r>
            <w:r w:rsidRPr="00C23396">
              <w:rPr>
                <w:rFonts w:cs="Arial"/>
                <w:szCs w:val="21"/>
              </w:rPr>
            </w:r>
            <w:r w:rsidRPr="00C23396">
              <w:rPr>
                <w:rFonts w:cs="Arial"/>
                <w:szCs w:val="21"/>
              </w:rPr>
              <w:fldChar w:fldCharType="separate"/>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szCs w:val="21"/>
              </w:rPr>
              <w:fldChar w:fldCharType="end"/>
            </w:r>
          </w:p>
        </w:tc>
        <w:tc>
          <w:tcPr>
            <w:tcW w:w="1440" w:type="dxa"/>
          </w:tcPr>
          <w:p w14:paraId="7FBE209A" w14:textId="094A73EE" w:rsidR="00D4051B" w:rsidRPr="00C23396" w:rsidRDefault="00D4051B" w:rsidP="00D4051B">
            <w:pPr>
              <w:spacing w:line="360" w:lineRule="auto"/>
              <w:rPr>
                <w:rFonts w:cs="Arial"/>
                <w:szCs w:val="21"/>
              </w:rPr>
            </w:pPr>
            <w:r w:rsidRPr="00C23396">
              <w:rPr>
                <w:rFonts w:cs="Arial"/>
                <w:szCs w:val="21"/>
              </w:rPr>
              <w:fldChar w:fldCharType="begin">
                <w:ffData>
                  <w:name w:val="Text1"/>
                  <w:enabled/>
                  <w:calcOnExit w:val="0"/>
                  <w:textInput/>
                </w:ffData>
              </w:fldChar>
            </w:r>
            <w:r w:rsidRPr="00C23396">
              <w:rPr>
                <w:rFonts w:cs="Arial"/>
                <w:szCs w:val="21"/>
              </w:rPr>
              <w:instrText xml:space="preserve"> FORMTEXT </w:instrText>
            </w:r>
            <w:r w:rsidRPr="00C23396">
              <w:rPr>
                <w:rFonts w:cs="Arial"/>
                <w:szCs w:val="21"/>
              </w:rPr>
            </w:r>
            <w:r w:rsidRPr="00C23396">
              <w:rPr>
                <w:rFonts w:cs="Arial"/>
                <w:szCs w:val="21"/>
              </w:rPr>
              <w:fldChar w:fldCharType="separate"/>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szCs w:val="21"/>
              </w:rPr>
              <w:fldChar w:fldCharType="end"/>
            </w:r>
          </w:p>
        </w:tc>
        <w:tc>
          <w:tcPr>
            <w:tcW w:w="1710" w:type="dxa"/>
          </w:tcPr>
          <w:p w14:paraId="3BF5B0B4" w14:textId="729B7F7F" w:rsidR="00D4051B" w:rsidRPr="00C23396" w:rsidRDefault="00D4051B" w:rsidP="00D4051B">
            <w:pPr>
              <w:spacing w:line="360" w:lineRule="auto"/>
              <w:rPr>
                <w:rFonts w:cs="Arial"/>
                <w:szCs w:val="21"/>
              </w:rPr>
            </w:pPr>
            <w:r w:rsidRPr="00C23396">
              <w:rPr>
                <w:rFonts w:cs="Arial"/>
                <w:szCs w:val="21"/>
              </w:rPr>
              <w:fldChar w:fldCharType="begin">
                <w:ffData>
                  <w:name w:val="Text1"/>
                  <w:enabled/>
                  <w:calcOnExit w:val="0"/>
                  <w:textInput/>
                </w:ffData>
              </w:fldChar>
            </w:r>
            <w:r w:rsidRPr="00C23396">
              <w:rPr>
                <w:rFonts w:cs="Arial"/>
                <w:szCs w:val="21"/>
              </w:rPr>
              <w:instrText xml:space="preserve"> FORMTEXT </w:instrText>
            </w:r>
            <w:r w:rsidRPr="00C23396">
              <w:rPr>
                <w:rFonts w:cs="Arial"/>
                <w:szCs w:val="21"/>
              </w:rPr>
            </w:r>
            <w:r w:rsidRPr="00C23396">
              <w:rPr>
                <w:rFonts w:cs="Arial"/>
                <w:szCs w:val="21"/>
              </w:rPr>
              <w:fldChar w:fldCharType="separate"/>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szCs w:val="21"/>
              </w:rPr>
              <w:fldChar w:fldCharType="end"/>
            </w:r>
          </w:p>
        </w:tc>
        <w:tc>
          <w:tcPr>
            <w:tcW w:w="1980" w:type="dxa"/>
          </w:tcPr>
          <w:p w14:paraId="5B88AD80" w14:textId="397C0B56" w:rsidR="00D4051B" w:rsidRPr="00C23396" w:rsidRDefault="00D4051B" w:rsidP="00D4051B">
            <w:pPr>
              <w:spacing w:line="360" w:lineRule="auto"/>
              <w:rPr>
                <w:rFonts w:cs="Arial"/>
                <w:szCs w:val="21"/>
              </w:rPr>
            </w:pPr>
            <w:r w:rsidRPr="00C23396">
              <w:rPr>
                <w:rFonts w:cs="Arial"/>
                <w:szCs w:val="21"/>
              </w:rPr>
              <w:fldChar w:fldCharType="begin">
                <w:ffData>
                  <w:name w:val="Text1"/>
                  <w:enabled/>
                  <w:calcOnExit w:val="0"/>
                  <w:textInput/>
                </w:ffData>
              </w:fldChar>
            </w:r>
            <w:r w:rsidRPr="00C23396">
              <w:rPr>
                <w:rFonts w:cs="Arial"/>
                <w:szCs w:val="21"/>
              </w:rPr>
              <w:instrText xml:space="preserve"> FORMTEXT </w:instrText>
            </w:r>
            <w:r w:rsidRPr="00C23396">
              <w:rPr>
                <w:rFonts w:cs="Arial"/>
                <w:szCs w:val="21"/>
              </w:rPr>
            </w:r>
            <w:r w:rsidRPr="00C23396">
              <w:rPr>
                <w:rFonts w:cs="Arial"/>
                <w:szCs w:val="21"/>
              </w:rPr>
              <w:fldChar w:fldCharType="separate"/>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szCs w:val="21"/>
              </w:rPr>
              <w:fldChar w:fldCharType="end"/>
            </w:r>
          </w:p>
        </w:tc>
        <w:tc>
          <w:tcPr>
            <w:tcW w:w="1800" w:type="dxa"/>
          </w:tcPr>
          <w:p w14:paraId="2574E59D" w14:textId="1A9178D3" w:rsidR="00D4051B" w:rsidRPr="00C23396" w:rsidRDefault="00D4051B" w:rsidP="00D4051B">
            <w:pPr>
              <w:spacing w:line="360" w:lineRule="auto"/>
              <w:rPr>
                <w:rFonts w:cs="Arial"/>
                <w:szCs w:val="21"/>
              </w:rPr>
            </w:pPr>
            <w:r w:rsidRPr="00C23396">
              <w:rPr>
                <w:rFonts w:cs="Arial"/>
                <w:szCs w:val="21"/>
              </w:rPr>
              <w:fldChar w:fldCharType="begin">
                <w:ffData>
                  <w:name w:val="Text1"/>
                  <w:enabled/>
                  <w:calcOnExit w:val="0"/>
                  <w:textInput/>
                </w:ffData>
              </w:fldChar>
            </w:r>
            <w:r w:rsidRPr="00C23396">
              <w:rPr>
                <w:rFonts w:cs="Arial"/>
                <w:szCs w:val="21"/>
              </w:rPr>
              <w:instrText xml:space="preserve"> FORMTEXT </w:instrText>
            </w:r>
            <w:r w:rsidRPr="00C23396">
              <w:rPr>
                <w:rFonts w:cs="Arial"/>
                <w:szCs w:val="21"/>
              </w:rPr>
            </w:r>
            <w:r w:rsidRPr="00C23396">
              <w:rPr>
                <w:rFonts w:cs="Arial"/>
                <w:szCs w:val="21"/>
              </w:rPr>
              <w:fldChar w:fldCharType="separate"/>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szCs w:val="21"/>
              </w:rPr>
              <w:fldChar w:fldCharType="end"/>
            </w:r>
          </w:p>
        </w:tc>
        <w:tc>
          <w:tcPr>
            <w:tcW w:w="1800" w:type="dxa"/>
          </w:tcPr>
          <w:p w14:paraId="109970E9" w14:textId="7D71EBC6" w:rsidR="00D4051B" w:rsidRPr="00C23396" w:rsidRDefault="00D4051B" w:rsidP="00D4051B">
            <w:pPr>
              <w:spacing w:line="360" w:lineRule="auto"/>
              <w:rPr>
                <w:rFonts w:cs="Arial"/>
                <w:szCs w:val="21"/>
              </w:rPr>
            </w:pPr>
            <w:r w:rsidRPr="00C23396">
              <w:rPr>
                <w:rFonts w:cs="Arial"/>
                <w:szCs w:val="21"/>
              </w:rPr>
              <w:fldChar w:fldCharType="begin">
                <w:ffData>
                  <w:name w:val="Text1"/>
                  <w:enabled/>
                  <w:calcOnExit w:val="0"/>
                  <w:textInput/>
                </w:ffData>
              </w:fldChar>
            </w:r>
            <w:r w:rsidRPr="00C23396">
              <w:rPr>
                <w:rFonts w:cs="Arial"/>
                <w:szCs w:val="21"/>
              </w:rPr>
              <w:instrText xml:space="preserve"> FORMTEXT </w:instrText>
            </w:r>
            <w:r w:rsidRPr="00C23396">
              <w:rPr>
                <w:rFonts w:cs="Arial"/>
                <w:szCs w:val="21"/>
              </w:rPr>
            </w:r>
            <w:r w:rsidRPr="00C23396">
              <w:rPr>
                <w:rFonts w:cs="Arial"/>
                <w:szCs w:val="21"/>
              </w:rPr>
              <w:fldChar w:fldCharType="separate"/>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szCs w:val="21"/>
              </w:rPr>
              <w:fldChar w:fldCharType="end"/>
            </w:r>
          </w:p>
        </w:tc>
        <w:tc>
          <w:tcPr>
            <w:tcW w:w="2070" w:type="dxa"/>
          </w:tcPr>
          <w:p w14:paraId="698D48F3" w14:textId="0C56A192" w:rsidR="00D4051B" w:rsidRPr="00C23396" w:rsidRDefault="00D4051B" w:rsidP="00D4051B">
            <w:pPr>
              <w:spacing w:line="360" w:lineRule="auto"/>
              <w:rPr>
                <w:rFonts w:cs="Arial"/>
                <w:szCs w:val="21"/>
              </w:rPr>
            </w:pPr>
            <w:r w:rsidRPr="00C23396">
              <w:rPr>
                <w:rFonts w:cs="Arial"/>
                <w:szCs w:val="21"/>
              </w:rPr>
              <w:fldChar w:fldCharType="begin">
                <w:ffData>
                  <w:name w:val="Text1"/>
                  <w:enabled/>
                  <w:calcOnExit w:val="0"/>
                  <w:textInput/>
                </w:ffData>
              </w:fldChar>
            </w:r>
            <w:r w:rsidRPr="00C23396">
              <w:rPr>
                <w:rFonts w:cs="Arial"/>
                <w:szCs w:val="21"/>
              </w:rPr>
              <w:instrText xml:space="preserve"> FORMTEXT </w:instrText>
            </w:r>
            <w:r w:rsidRPr="00C23396">
              <w:rPr>
                <w:rFonts w:cs="Arial"/>
                <w:szCs w:val="21"/>
              </w:rPr>
            </w:r>
            <w:r w:rsidRPr="00C23396">
              <w:rPr>
                <w:rFonts w:cs="Arial"/>
                <w:szCs w:val="21"/>
              </w:rPr>
              <w:fldChar w:fldCharType="separate"/>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szCs w:val="21"/>
              </w:rPr>
              <w:fldChar w:fldCharType="end"/>
            </w:r>
          </w:p>
        </w:tc>
        <w:tc>
          <w:tcPr>
            <w:tcW w:w="1710" w:type="dxa"/>
          </w:tcPr>
          <w:p w14:paraId="6C3475DB" w14:textId="0424F3A8" w:rsidR="00D4051B" w:rsidRPr="00C23396" w:rsidRDefault="00D4051B" w:rsidP="00D4051B">
            <w:pPr>
              <w:spacing w:line="360" w:lineRule="auto"/>
              <w:rPr>
                <w:rFonts w:cs="Arial"/>
                <w:szCs w:val="21"/>
              </w:rPr>
            </w:pPr>
            <w:r w:rsidRPr="00C23396">
              <w:rPr>
                <w:rFonts w:cs="Arial"/>
                <w:szCs w:val="21"/>
              </w:rPr>
              <w:fldChar w:fldCharType="begin">
                <w:ffData>
                  <w:name w:val="Text1"/>
                  <w:enabled/>
                  <w:calcOnExit w:val="0"/>
                  <w:textInput/>
                </w:ffData>
              </w:fldChar>
            </w:r>
            <w:r w:rsidRPr="00C23396">
              <w:rPr>
                <w:rFonts w:cs="Arial"/>
                <w:szCs w:val="21"/>
              </w:rPr>
              <w:instrText xml:space="preserve"> FORMTEXT </w:instrText>
            </w:r>
            <w:r w:rsidRPr="00C23396">
              <w:rPr>
                <w:rFonts w:cs="Arial"/>
                <w:szCs w:val="21"/>
              </w:rPr>
            </w:r>
            <w:r w:rsidRPr="00C23396">
              <w:rPr>
                <w:rFonts w:cs="Arial"/>
                <w:szCs w:val="21"/>
              </w:rPr>
              <w:fldChar w:fldCharType="separate"/>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szCs w:val="21"/>
              </w:rPr>
              <w:fldChar w:fldCharType="end"/>
            </w:r>
          </w:p>
        </w:tc>
      </w:tr>
      <w:tr w:rsidR="00D4051B" w:rsidRPr="00C23396" w14:paraId="2CE8A087" w14:textId="77777777" w:rsidTr="00066094">
        <w:trPr>
          <w:trHeight w:val="432"/>
        </w:trPr>
        <w:tc>
          <w:tcPr>
            <w:tcW w:w="1615" w:type="dxa"/>
          </w:tcPr>
          <w:p w14:paraId="0CA74FF1" w14:textId="291B12EE" w:rsidR="00D4051B" w:rsidRPr="00C23396" w:rsidRDefault="00D4051B" w:rsidP="00D4051B">
            <w:pPr>
              <w:spacing w:line="360" w:lineRule="auto"/>
              <w:rPr>
                <w:rFonts w:cs="Arial"/>
                <w:szCs w:val="21"/>
              </w:rPr>
            </w:pPr>
            <w:r w:rsidRPr="00C23396">
              <w:rPr>
                <w:rFonts w:cs="Arial"/>
                <w:szCs w:val="21"/>
              </w:rPr>
              <w:fldChar w:fldCharType="begin">
                <w:ffData>
                  <w:name w:val="Text1"/>
                  <w:enabled/>
                  <w:calcOnExit w:val="0"/>
                  <w:textInput/>
                </w:ffData>
              </w:fldChar>
            </w:r>
            <w:r w:rsidRPr="00C23396">
              <w:rPr>
                <w:rFonts w:cs="Arial"/>
                <w:szCs w:val="21"/>
              </w:rPr>
              <w:instrText xml:space="preserve"> FORMTEXT </w:instrText>
            </w:r>
            <w:r w:rsidRPr="00C23396">
              <w:rPr>
                <w:rFonts w:cs="Arial"/>
                <w:szCs w:val="21"/>
              </w:rPr>
            </w:r>
            <w:r w:rsidRPr="00C23396">
              <w:rPr>
                <w:rFonts w:cs="Arial"/>
                <w:szCs w:val="21"/>
              </w:rPr>
              <w:fldChar w:fldCharType="separate"/>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szCs w:val="21"/>
              </w:rPr>
              <w:fldChar w:fldCharType="end"/>
            </w:r>
          </w:p>
        </w:tc>
        <w:tc>
          <w:tcPr>
            <w:tcW w:w="1440" w:type="dxa"/>
          </w:tcPr>
          <w:p w14:paraId="09B298EF" w14:textId="084E1847" w:rsidR="00D4051B" w:rsidRPr="00C23396" w:rsidRDefault="00D4051B" w:rsidP="00D4051B">
            <w:pPr>
              <w:spacing w:line="360" w:lineRule="auto"/>
              <w:rPr>
                <w:rFonts w:cs="Arial"/>
                <w:szCs w:val="21"/>
              </w:rPr>
            </w:pPr>
            <w:r w:rsidRPr="00C23396">
              <w:rPr>
                <w:rFonts w:cs="Arial"/>
                <w:szCs w:val="21"/>
              </w:rPr>
              <w:fldChar w:fldCharType="begin">
                <w:ffData>
                  <w:name w:val="Text1"/>
                  <w:enabled/>
                  <w:calcOnExit w:val="0"/>
                  <w:textInput/>
                </w:ffData>
              </w:fldChar>
            </w:r>
            <w:r w:rsidRPr="00C23396">
              <w:rPr>
                <w:rFonts w:cs="Arial"/>
                <w:szCs w:val="21"/>
              </w:rPr>
              <w:instrText xml:space="preserve"> FORMTEXT </w:instrText>
            </w:r>
            <w:r w:rsidRPr="00C23396">
              <w:rPr>
                <w:rFonts w:cs="Arial"/>
                <w:szCs w:val="21"/>
              </w:rPr>
            </w:r>
            <w:r w:rsidRPr="00C23396">
              <w:rPr>
                <w:rFonts w:cs="Arial"/>
                <w:szCs w:val="21"/>
              </w:rPr>
              <w:fldChar w:fldCharType="separate"/>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szCs w:val="21"/>
              </w:rPr>
              <w:fldChar w:fldCharType="end"/>
            </w:r>
          </w:p>
        </w:tc>
        <w:tc>
          <w:tcPr>
            <w:tcW w:w="1710" w:type="dxa"/>
          </w:tcPr>
          <w:p w14:paraId="23A1CE23" w14:textId="52772964" w:rsidR="00D4051B" w:rsidRPr="00C23396" w:rsidRDefault="00D4051B" w:rsidP="00D4051B">
            <w:pPr>
              <w:spacing w:line="360" w:lineRule="auto"/>
              <w:rPr>
                <w:rFonts w:cs="Arial"/>
                <w:szCs w:val="21"/>
              </w:rPr>
            </w:pPr>
            <w:r w:rsidRPr="00C23396">
              <w:rPr>
                <w:rFonts w:cs="Arial"/>
                <w:szCs w:val="21"/>
              </w:rPr>
              <w:fldChar w:fldCharType="begin">
                <w:ffData>
                  <w:name w:val="Text1"/>
                  <w:enabled/>
                  <w:calcOnExit w:val="0"/>
                  <w:textInput/>
                </w:ffData>
              </w:fldChar>
            </w:r>
            <w:r w:rsidRPr="00C23396">
              <w:rPr>
                <w:rFonts w:cs="Arial"/>
                <w:szCs w:val="21"/>
              </w:rPr>
              <w:instrText xml:space="preserve"> FORMTEXT </w:instrText>
            </w:r>
            <w:r w:rsidRPr="00C23396">
              <w:rPr>
                <w:rFonts w:cs="Arial"/>
                <w:szCs w:val="21"/>
              </w:rPr>
            </w:r>
            <w:r w:rsidRPr="00C23396">
              <w:rPr>
                <w:rFonts w:cs="Arial"/>
                <w:szCs w:val="21"/>
              </w:rPr>
              <w:fldChar w:fldCharType="separate"/>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szCs w:val="21"/>
              </w:rPr>
              <w:fldChar w:fldCharType="end"/>
            </w:r>
          </w:p>
        </w:tc>
        <w:tc>
          <w:tcPr>
            <w:tcW w:w="1980" w:type="dxa"/>
          </w:tcPr>
          <w:p w14:paraId="116DC8DE" w14:textId="66CBAFB7" w:rsidR="00D4051B" w:rsidRPr="00C23396" w:rsidRDefault="00D4051B" w:rsidP="00D4051B">
            <w:pPr>
              <w:spacing w:line="360" w:lineRule="auto"/>
              <w:rPr>
                <w:rFonts w:cs="Arial"/>
                <w:szCs w:val="21"/>
              </w:rPr>
            </w:pPr>
            <w:r w:rsidRPr="00C23396">
              <w:rPr>
                <w:rFonts w:cs="Arial"/>
                <w:szCs w:val="21"/>
              </w:rPr>
              <w:fldChar w:fldCharType="begin">
                <w:ffData>
                  <w:name w:val="Text1"/>
                  <w:enabled/>
                  <w:calcOnExit w:val="0"/>
                  <w:textInput/>
                </w:ffData>
              </w:fldChar>
            </w:r>
            <w:r w:rsidRPr="00C23396">
              <w:rPr>
                <w:rFonts w:cs="Arial"/>
                <w:szCs w:val="21"/>
              </w:rPr>
              <w:instrText xml:space="preserve"> FORMTEXT </w:instrText>
            </w:r>
            <w:r w:rsidRPr="00C23396">
              <w:rPr>
                <w:rFonts w:cs="Arial"/>
                <w:szCs w:val="21"/>
              </w:rPr>
            </w:r>
            <w:r w:rsidRPr="00C23396">
              <w:rPr>
                <w:rFonts w:cs="Arial"/>
                <w:szCs w:val="21"/>
              </w:rPr>
              <w:fldChar w:fldCharType="separate"/>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szCs w:val="21"/>
              </w:rPr>
              <w:fldChar w:fldCharType="end"/>
            </w:r>
          </w:p>
        </w:tc>
        <w:tc>
          <w:tcPr>
            <w:tcW w:w="1800" w:type="dxa"/>
          </w:tcPr>
          <w:p w14:paraId="3BBFB04F" w14:textId="59D4EB2D" w:rsidR="00D4051B" w:rsidRPr="00C23396" w:rsidRDefault="00D4051B" w:rsidP="00D4051B">
            <w:pPr>
              <w:spacing w:line="360" w:lineRule="auto"/>
              <w:rPr>
                <w:rFonts w:cs="Arial"/>
                <w:szCs w:val="21"/>
              </w:rPr>
            </w:pPr>
            <w:r w:rsidRPr="00C23396">
              <w:rPr>
                <w:rFonts w:cs="Arial"/>
                <w:szCs w:val="21"/>
              </w:rPr>
              <w:fldChar w:fldCharType="begin">
                <w:ffData>
                  <w:name w:val="Text1"/>
                  <w:enabled/>
                  <w:calcOnExit w:val="0"/>
                  <w:textInput/>
                </w:ffData>
              </w:fldChar>
            </w:r>
            <w:r w:rsidRPr="00C23396">
              <w:rPr>
                <w:rFonts w:cs="Arial"/>
                <w:szCs w:val="21"/>
              </w:rPr>
              <w:instrText xml:space="preserve"> FORMTEXT </w:instrText>
            </w:r>
            <w:r w:rsidRPr="00C23396">
              <w:rPr>
                <w:rFonts w:cs="Arial"/>
                <w:szCs w:val="21"/>
              </w:rPr>
            </w:r>
            <w:r w:rsidRPr="00C23396">
              <w:rPr>
                <w:rFonts w:cs="Arial"/>
                <w:szCs w:val="21"/>
              </w:rPr>
              <w:fldChar w:fldCharType="separate"/>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szCs w:val="21"/>
              </w:rPr>
              <w:fldChar w:fldCharType="end"/>
            </w:r>
          </w:p>
        </w:tc>
        <w:tc>
          <w:tcPr>
            <w:tcW w:w="1800" w:type="dxa"/>
          </w:tcPr>
          <w:p w14:paraId="43DBA15D" w14:textId="166F09F0" w:rsidR="00D4051B" w:rsidRPr="00C23396" w:rsidRDefault="00D4051B" w:rsidP="00D4051B">
            <w:pPr>
              <w:spacing w:line="360" w:lineRule="auto"/>
              <w:rPr>
                <w:rFonts w:cs="Arial"/>
                <w:szCs w:val="21"/>
              </w:rPr>
            </w:pPr>
            <w:r w:rsidRPr="00C23396">
              <w:rPr>
                <w:rFonts w:cs="Arial"/>
                <w:szCs w:val="21"/>
              </w:rPr>
              <w:fldChar w:fldCharType="begin">
                <w:ffData>
                  <w:name w:val="Text1"/>
                  <w:enabled/>
                  <w:calcOnExit w:val="0"/>
                  <w:textInput/>
                </w:ffData>
              </w:fldChar>
            </w:r>
            <w:r w:rsidRPr="00C23396">
              <w:rPr>
                <w:rFonts w:cs="Arial"/>
                <w:szCs w:val="21"/>
              </w:rPr>
              <w:instrText xml:space="preserve"> FORMTEXT </w:instrText>
            </w:r>
            <w:r w:rsidRPr="00C23396">
              <w:rPr>
                <w:rFonts w:cs="Arial"/>
                <w:szCs w:val="21"/>
              </w:rPr>
            </w:r>
            <w:r w:rsidRPr="00C23396">
              <w:rPr>
                <w:rFonts w:cs="Arial"/>
                <w:szCs w:val="21"/>
              </w:rPr>
              <w:fldChar w:fldCharType="separate"/>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szCs w:val="21"/>
              </w:rPr>
              <w:fldChar w:fldCharType="end"/>
            </w:r>
          </w:p>
        </w:tc>
        <w:tc>
          <w:tcPr>
            <w:tcW w:w="2070" w:type="dxa"/>
          </w:tcPr>
          <w:p w14:paraId="5BCA3E61" w14:textId="7281254B" w:rsidR="00D4051B" w:rsidRPr="00C23396" w:rsidRDefault="00D4051B" w:rsidP="00D4051B">
            <w:pPr>
              <w:spacing w:line="360" w:lineRule="auto"/>
              <w:rPr>
                <w:rFonts w:cs="Arial"/>
                <w:szCs w:val="21"/>
              </w:rPr>
            </w:pPr>
            <w:r w:rsidRPr="00C23396">
              <w:rPr>
                <w:rFonts w:cs="Arial"/>
                <w:szCs w:val="21"/>
              </w:rPr>
              <w:fldChar w:fldCharType="begin">
                <w:ffData>
                  <w:name w:val="Text1"/>
                  <w:enabled/>
                  <w:calcOnExit w:val="0"/>
                  <w:textInput/>
                </w:ffData>
              </w:fldChar>
            </w:r>
            <w:r w:rsidRPr="00C23396">
              <w:rPr>
                <w:rFonts w:cs="Arial"/>
                <w:szCs w:val="21"/>
              </w:rPr>
              <w:instrText xml:space="preserve"> FORMTEXT </w:instrText>
            </w:r>
            <w:r w:rsidRPr="00C23396">
              <w:rPr>
                <w:rFonts w:cs="Arial"/>
                <w:szCs w:val="21"/>
              </w:rPr>
            </w:r>
            <w:r w:rsidRPr="00C23396">
              <w:rPr>
                <w:rFonts w:cs="Arial"/>
                <w:szCs w:val="21"/>
              </w:rPr>
              <w:fldChar w:fldCharType="separate"/>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szCs w:val="21"/>
              </w:rPr>
              <w:fldChar w:fldCharType="end"/>
            </w:r>
          </w:p>
        </w:tc>
        <w:tc>
          <w:tcPr>
            <w:tcW w:w="1710" w:type="dxa"/>
          </w:tcPr>
          <w:p w14:paraId="78C80805" w14:textId="18A430BA" w:rsidR="00D4051B" w:rsidRPr="00C23396" w:rsidRDefault="00D4051B" w:rsidP="00D4051B">
            <w:pPr>
              <w:spacing w:line="360" w:lineRule="auto"/>
              <w:rPr>
                <w:rFonts w:cs="Arial"/>
                <w:szCs w:val="21"/>
              </w:rPr>
            </w:pPr>
            <w:r w:rsidRPr="00C23396">
              <w:rPr>
                <w:rFonts w:cs="Arial"/>
                <w:szCs w:val="21"/>
              </w:rPr>
              <w:fldChar w:fldCharType="begin">
                <w:ffData>
                  <w:name w:val="Text1"/>
                  <w:enabled/>
                  <w:calcOnExit w:val="0"/>
                  <w:textInput/>
                </w:ffData>
              </w:fldChar>
            </w:r>
            <w:r w:rsidRPr="00C23396">
              <w:rPr>
                <w:rFonts w:cs="Arial"/>
                <w:szCs w:val="21"/>
              </w:rPr>
              <w:instrText xml:space="preserve"> FORMTEXT </w:instrText>
            </w:r>
            <w:r w:rsidRPr="00C23396">
              <w:rPr>
                <w:rFonts w:cs="Arial"/>
                <w:szCs w:val="21"/>
              </w:rPr>
            </w:r>
            <w:r w:rsidRPr="00C23396">
              <w:rPr>
                <w:rFonts w:cs="Arial"/>
                <w:szCs w:val="21"/>
              </w:rPr>
              <w:fldChar w:fldCharType="separate"/>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szCs w:val="21"/>
              </w:rPr>
              <w:fldChar w:fldCharType="end"/>
            </w:r>
          </w:p>
        </w:tc>
      </w:tr>
      <w:tr w:rsidR="00D4051B" w:rsidRPr="00C23396" w14:paraId="2A31E00C" w14:textId="77777777" w:rsidTr="00066094">
        <w:trPr>
          <w:trHeight w:val="432"/>
        </w:trPr>
        <w:tc>
          <w:tcPr>
            <w:tcW w:w="1615" w:type="dxa"/>
          </w:tcPr>
          <w:p w14:paraId="251CDDAF" w14:textId="0EB1FFB1" w:rsidR="00D4051B" w:rsidRPr="00C23396" w:rsidRDefault="00D4051B" w:rsidP="00D4051B">
            <w:pPr>
              <w:spacing w:line="360" w:lineRule="auto"/>
              <w:rPr>
                <w:rFonts w:cs="Arial"/>
                <w:szCs w:val="21"/>
              </w:rPr>
            </w:pPr>
            <w:r w:rsidRPr="00C23396">
              <w:rPr>
                <w:rFonts w:cs="Arial"/>
                <w:szCs w:val="21"/>
              </w:rPr>
              <w:fldChar w:fldCharType="begin">
                <w:ffData>
                  <w:name w:val="Text1"/>
                  <w:enabled/>
                  <w:calcOnExit w:val="0"/>
                  <w:textInput/>
                </w:ffData>
              </w:fldChar>
            </w:r>
            <w:r w:rsidRPr="00C23396">
              <w:rPr>
                <w:rFonts w:cs="Arial"/>
                <w:szCs w:val="21"/>
              </w:rPr>
              <w:instrText xml:space="preserve"> FORMTEXT </w:instrText>
            </w:r>
            <w:r w:rsidRPr="00C23396">
              <w:rPr>
                <w:rFonts w:cs="Arial"/>
                <w:szCs w:val="21"/>
              </w:rPr>
            </w:r>
            <w:r w:rsidRPr="00C23396">
              <w:rPr>
                <w:rFonts w:cs="Arial"/>
                <w:szCs w:val="21"/>
              </w:rPr>
              <w:fldChar w:fldCharType="separate"/>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szCs w:val="21"/>
              </w:rPr>
              <w:fldChar w:fldCharType="end"/>
            </w:r>
          </w:p>
        </w:tc>
        <w:tc>
          <w:tcPr>
            <w:tcW w:w="1440" w:type="dxa"/>
          </w:tcPr>
          <w:p w14:paraId="5F715598" w14:textId="37061E38" w:rsidR="00D4051B" w:rsidRPr="00C23396" w:rsidRDefault="00D4051B" w:rsidP="00D4051B">
            <w:pPr>
              <w:spacing w:line="360" w:lineRule="auto"/>
              <w:rPr>
                <w:rFonts w:cs="Arial"/>
                <w:szCs w:val="21"/>
              </w:rPr>
            </w:pPr>
            <w:r w:rsidRPr="00C23396">
              <w:rPr>
                <w:rFonts w:cs="Arial"/>
                <w:szCs w:val="21"/>
              </w:rPr>
              <w:fldChar w:fldCharType="begin">
                <w:ffData>
                  <w:name w:val="Text1"/>
                  <w:enabled/>
                  <w:calcOnExit w:val="0"/>
                  <w:textInput/>
                </w:ffData>
              </w:fldChar>
            </w:r>
            <w:r w:rsidRPr="00C23396">
              <w:rPr>
                <w:rFonts w:cs="Arial"/>
                <w:szCs w:val="21"/>
              </w:rPr>
              <w:instrText xml:space="preserve"> FORMTEXT </w:instrText>
            </w:r>
            <w:r w:rsidRPr="00C23396">
              <w:rPr>
                <w:rFonts w:cs="Arial"/>
                <w:szCs w:val="21"/>
              </w:rPr>
            </w:r>
            <w:r w:rsidRPr="00C23396">
              <w:rPr>
                <w:rFonts w:cs="Arial"/>
                <w:szCs w:val="21"/>
              </w:rPr>
              <w:fldChar w:fldCharType="separate"/>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szCs w:val="21"/>
              </w:rPr>
              <w:fldChar w:fldCharType="end"/>
            </w:r>
          </w:p>
        </w:tc>
        <w:tc>
          <w:tcPr>
            <w:tcW w:w="1710" w:type="dxa"/>
          </w:tcPr>
          <w:p w14:paraId="19ED8BF3" w14:textId="407BBDB7" w:rsidR="00D4051B" w:rsidRPr="00C23396" w:rsidRDefault="00D4051B" w:rsidP="00D4051B">
            <w:pPr>
              <w:spacing w:line="360" w:lineRule="auto"/>
              <w:rPr>
                <w:rFonts w:cs="Arial"/>
                <w:szCs w:val="21"/>
              </w:rPr>
            </w:pPr>
            <w:r w:rsidRPr="00C23396">
              <w:rPr>
                <w:rFonts w:cs="Arial"/>
                <w:szCs w:val="21"/>
              </w:rPr>
              <w:fldChar w:fldCharType="begin">
                <w:ffData>
                  <w:name w:val="Text1"/>
                  <w:enabled/>
                  <w:calcOnExit w:val="0"/>
                  <w:textInput/>
                </w:ffData>
              </w:fldChar>
            </w:r>
            <w:r w:rsidRPr="00C23396">
              <w:rPr>
                <w:rFonts w:cs="Arial"/>
                <w:szCs w:val="21"/>
              </w:rPr>
              <w:instrText xml:space="preserve"> FORMTEXT </w:instrText>
            </w:r>
            <w:r w:rsidRPr="00C23396">
              <w:rPr>
                <w:rFonts w:cs="Arial"/>
                <w:szCs w:val="21"/>
              </w:rPr>
            </w:r>
            <w:r w:rsidRPr="00C23396">
              <w:rPr>
                <w:rFonts w:cs="Arial"/>
                <w:szCs w:val="21"/>
              </w:rPr>
              <w:fldChar w:fldCharType="separate"/>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szCs w:val="21"/>
              </w:rPr>
              <w:fldChar w:fldCharType="end"/>
            </w:r>
          </w:p>
        </w:tc>
        <w:tc>
          <w:tcPr>
            <w:tcW w:w="1980" w:type="dxa"/>
          </w:tcPr>
          <w:p w14:paraId="491EBA0D" w14:textId="2F20F8A4" w:rsidR="00D4051B" w:rsidRPr="00C23396" w:rsidRDefault="00D4051B" w:rsidP="00D4051B">
            <w:pPr>
              <w:spacing w:line="360" w:lineRule="auto"/>
              <w:rPr>
                <w:rFonts w:cs="Arial"/>
                <w:szCs w:val="21"/>
              </w:rPr>
            </w:pPr>
            <w:r w:rsidRPr="00C23396">
              <w:rPr>
                <w:rFonts w:cs="Arial"/>
                <w:szCs w:val="21"/>
              </w:rPr>
              <w:fldChar w:fldCharType="begin">
                <w:ffData>
                  <w:name w:val="Text1"/>
                  <w:enabled/>
                  <w:calcOnExit w:val="0"/>
                  <w:textInput/>
                </w:ffData>
              </w:fldChar>
            </w:r>
            <w:r w:rsidRPr="00C23396">
              <w:rPr>
                <w:rFonts w:cs="Arial"/>
                <w:szCs w:val="21"/>
              </w:rPr>
              <w:instrText xml:space="preserve"> FORMTEXT </w:instrText>
            </w:r>
            <w:r w:rsidRPr="00C23396">
              <w:rPr>
                <w:rFonts w:cs="Arial"/>
                <w:szCs w:val="21"/>
              </w:rPr>
            </w:r>
            <w:r w:rsidRPr="00C23396">
              <w:rPr>
                <w:rFonts w:cs="Arial"/>
                <w:szCs w:val="21"/>
              </w:rPr>
              <w:fldChar w:fldCharType="separate"/>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szCs w:val="21"/>
              </w:rPr>
              <w:fldChar w:fldCharType="end"/>
            </w:r>
          </w:p>
        </w:tc>
        <w:tc>
          <w:tcPr>
            <w:tcW w:w="1800" w:type="dxa"/>
          </w:tcPr>
          <w:p w14:paraId="3AD45738" w14:textId="584F03D9" w:rsidR="00D4051B" w:rsidRPr="00C23396" w:rsidRDefault="00D4051B" w:rsidP="00D4051B">
            <w:pPr>
              <w:spacing w:line="360" w:lineRule="auto"/>
              <w:rPr>
                <w:rFonts w:cs="Arial"/>
                <w:szCs w:val="21"/>
              </w:rPr>
            </w:pPr>
            <w:r w:rsidRPr="00C23396">
              <w:rPr>
                <w:rFonts w:cs="Arial"/>
                <w:szCs w:val="21"/>
              </w:rPr>
              <w:fldChar w:fldCharType="begin">
                <w:ffData>
                  <w:name w:val="Text1"/>
                  <w:enabled/>
                  <w:calcOnExit w:val="0"/>
                  <w:textInput/>
                </w:ffData>
              </w:fldChar>
            </w:r>
            <w:r w:rsidRPr="00C23396">
              <w:rPr>
                <w:rFonts w:cs="Arial"/>
                <w:szCs w:val="21"/>
              </w:rPr>
              <w:instrText xml:space="preserve"> FORMTEXT </w:instrText>
            </w:r>
            <w:r w:rsidRPr="00C23396">
              <w:rPr>
                <w:rFonts w:cs="Arial"/>
                <w:szCs w:val="21"/>
              </w:rPr>
            </w:r>
            <w:r w:rsidRPr="00C23396">
              <w:rPr>
                <w:rFonts w:cs="Arial"/>
                <w:szCs w:val="21"/>
              </w:rPr>
              <w:fldChar w:fldCharType="separate"/>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szCs w:val="21"/>
              </w:rPr>
              <w:fldChar w:fldCharType="end"/>
            </w:r>
          </w:p>
        </w:tc>
        <w:tc>
          <w:tcPr>
            <w:tcW w:w="1800" w:type="dxa"/>
          </w:tcPr>
          <w:p w14:paraId="7F22D8A8" w14:textId="3CDCEB2B" w:rsidR="00D4051B" w:rsidRPr="00C23396" w:rsidRDefault="00D4051B" w:rsidP="00D4051B">
            <w:pPr>
              <w:spacing w:line="360" w:lineRule="auto"/>
              <w:rPr>
                <w:rFonts w:cs="Arial"/>
                <w:szCs w:val="21"/>
              </w:rPr>
            </w:pPr>
            <w:r w:rsidRPr="00C23396">
              <w:rPr>
                <w:rFonts w:cs="Arial"/>
                <w:szCs w:val="21"/>
              </w:rPr>
              <w:fldChar w:fldCharType="begin">
                <w:ffData>
                  <w:name w:val="Text1"/>
                  <w:enabled/>
                  <w:calcOnExit w:val="0"/>
                  <w:textInput/>
                </w:ffData>
              </w:fldChar>
            </w:r>
            <w:r w:rsidRPr="00C23396">
              <w:rPr>
                <w:rFonts w:cs="Arial"/>
                <w:szCs w:val="21"/>
              </w:rPr>
              <w:instrText xml:space="preserve"> FORMTEXT </w:instrText>
            </w:r>
            <w:r w:rsidRPr="00C23396">
              <w:rPr>
                <w:rFonts w:cs="Arial"/>
                <w:szCs w:val="21"/>
              </w:rPr>
            </w:r>
            <w:r w:rsidRPr="00C23396">
              <w:rPr>
                <w:rFonts w:cs="Arial"/>
                <w:szCs w:val="21"/>
              </w:rPr>
              <w:fldChar w:fldCharType="separate"/>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szCs w:val="21"/>
              </w:rPr>
              <w:fldChar w:fldCharType="end"/>
            </w:r>
          </w:p>
        </w:tc>
        <w:tc>
          <w:tcPr>
            <w:tcW w:w="2070" w:type="dxa"/>
          </w:tcPr>
          <w:p w14:paraId="76DE92A6" w14:textId="5F80A47B" w:rsidR="00D4051B" w:rsidRPr="00C23396" w:rsidRDefault="00D4051B" w:rsidP="00D4051B">
            <w:pPr>
              <w:spacing w:line="360" w:lineRule="auto"/>
              <w:rPr>
                <w:rFonts w:cs="Arial"/>
                <w:szCs w:val="21"/>
              </w:rPr>
            </w:pPr>
            <w:r w:rsidRPr="00C23396">
              <w:rPr>
                <w:rFonts w:cs="Arial"/>
                <w:szCs w:val="21"/>
              </w:rPr>
              <w:fldChar w:fldCharType="begin">
                <w:ffData>
                  <w:name w:val="Text1"/>
                  <w:enabled/>
                  <w:calcOnExit w:val="0"/>
                  <w:textInput/>
                </w:ffData>
              </w:fldChar>
            </w:r>
            <w:r w:rsidRPr="00C23396">
              <w:rPr>
                <w:rFonts w:cs="Arial"/>
                <w:szCs w:val="21"/>
              </w:rPr>
              <w:instrText xml:space="preserve"> FORMTEXT </w:instrText>
            </w:r>
            <w:r w:rsidRPr="00C23396">
              <w:rPr>
                <w:rFonts w:cs="Arial"/>
                <w:szCs w:val="21"/>
              </w:rPr>
            </w:r>
            <w:r w:rsidRPr="00C23396">
              <w:rPr>
                <w:rFonts w:cs="Arial"/>
                <w:szCs w:val="21"/>
              </w:rPr>
              <w:fldChar w:fldCharType="separate"/>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szCs w:val="21"/>
              </w:rPr>
              <w:fldChar w:fldCharType="end"/>
            </w:r>
          </w:p>
        </w:tc>
        <w:tc>
          <w:tcPr>
            <w:tcW w:w="1710" w:type="dxa"/>
          </w:tcPr>
          <w:p w14:paraId="53ACE09E" w14:textId="6DEE07FD" w:rsidR="00D4051B" w:rsidRPr="00C23396" w:rsidRDefault="00D4051B" w:rsidP="00D4051B">
            <w:pPr>
              <w:spacing w:line="360" w:lineRule="auto"/>
              <w:rPr>
                <w:rFonts w:cs="Arial"/>
                <w:szCs w:val="21"/>
              </w:rPr>
            </w:pPr>
            <w:r w:rsidRPr="00C23396">
              <w:rPr>
                <w:rFonts w:cs="Arial"/>
                <w:szCs w:val="21"/>
              </w:rPr>
              <w:fldChar w:fldCharType="begin">
                <w:ffData>
                  <w:name w:val="Text1"/>
                  <w:enabled/>
                  <w:calcOnExit w:val="0"/>
                  <w:textInput/>
                </w:ffData>
              </w:fldChar>
            </w:r>
            <w:r w:rsidRPr="00C23396">
              <w:rPr>
                <w:rFonts w:cs="Arial"/>
                <w:szCs w:val="21"/>
              </w:rPr>
              <w:instrText xml:space="preserve"> FORMTEXT </w:instrText>
            </w:r>
            <w:r w:rsidRPr="00C23396">
              <w:rPr>
                <w:rFonts w:cs="Arial"/>
                <w:szCs w:val="21"/>
              </w:rPr>
            </w:r>
            <w:r w:rsidRPr="00C23396">
              <w:rPr>
                <w:rFonts w:cs="Arial"/>
                <w:szCs w:val="21"/>
              </w:rPr>
              <w:fldChar w:fldCharType="separate"/>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szCs w:val="21"/>
              </w:rPr>
              <w:fldChar w:fldCharType="end"/>
            </w:r>
          </w:p>
        </w:tc>
      </w:tr>
      <w:tr w:rsidR="00D4051B" w:rsidRPr="00C23396" w14:paraId="79129373" w14:textId="77777777" w:rsidTr="00066094">
        <w:trPr>
          <w:trHeight w:val="432"/>
        </w:trPr>
        <w:tc>
          <w:tcPr>
            <w:tcW w:w="1615" w:type="dxa"/>
          </w:tcPr>
          <w:p w14:paraId="69BAC7E5" w14:textId="5DAAEADD" w:rsidR="00D4051B" w:rsidRPr="00C23396" w:rsidRDefault="00D4051B" w:rsidP="00D4051B">
            <w:pPr>
              <w:spacing w:line="360" w:lineRule="auto"/>
              <w:rPr>
                <w:rFonts w:cs="Arial"/>
                <w:szCs w:val="21"/>
              </w:rPr>
            </w:pPr>
            <w:r w:rsidRPr="00C23396">
              <w:rPr>
                <w:rFonts w:cs="Arial"/>
                <w:szCs w:val="21"/>
              </w:rPr>
              <w:fldChar w:fldCharType="begin">
                <w:ffData>
                  <w:name w:val="Text1"/>
                  <w:enabled/>
                  <w:calcOnExit w:val="0"/>
                  <w:textInput/>
                </w:ffData>
              </w:fldChar>
            </w:r>
            <w:r w:rsidRPr="00C23396">
              <w:rPr>
                <w:rFonts w:cs="Arial"/>
                <w:szCs w:val="21"/>
              </w:rPr>
              <w:instrText xml:space="preserve"> FORMTEXT </w:instrText>
            </w:r>
            <w:r w:rsidRPr="00C23396">
              <w:rPr>
                <w:rFonts w:cs="Arial"/>
                <w:szCs w:val="21"/>
              </w:rPr>
            </w:r>
            <w:r w:rsidRPr="00C23396">
              <w:rPr>
                <w:rFonts w:cs="Arial"/>
                <w:szCs w:val="21"/>
              </w:rPr>
              <w:fldChar w:fldCharType="separate"/>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szCs w:val="21"/>
              </w:rPr>
              <w:fldChar w:fldCharType="end"/>
            </w:r>
          </w:p>
        </w:tc>
        <w:tc>
          <w:tcPr>
            <w:tcW w:w="1440" w:type="dxa"/>
          </w:tcPr>
          <w:p w14:paraId="3D938923" w14:textId="00C211F1" w:rsidR="00D4051B" w:rsidRPr="00C23396" w:rsidRDefault="00D4051B" w:rsidP="00D4051B">
            <w:pPr>
              <w:spacing w:line="360" w:lineRule="auto"/>
              <w:rPr>
                <w:rFonts w:cs="Arial"/>
                <w:szCs w:val="21"/>
              </w:rPr>
            </w:pPr>
            <w:r w:rsidRPr="00C23396">
              <w:rPr>
                <w:rFonts w:cs="Arial"/>
                <w:szCs w:val="21"/>
              </w:rPr>
              <w:fldChar w:fldCharType="begin">
                <w:ffData>
                  <w:name w:val="Text1"/>
                  <w:enabled/>
                  <w:calcOnExit w:val="0"/>
                  <w:textInput/>
                </w:ffData>
              </w:fldChar>
            </w:r>
            <w:r w:rsidRPr="00C23396">
              <w:rPr>
                <w:rFonts w:cs="Arial"/>
                <w:szCs w:val="21"/>
              </w:rPr>
              <w:instrText xml:space="preserve"> FORMTEXT </w:instrText>
            </w:r>
            <w:r w:rsidRPr="00C23396">
              <w:rPr>
                <w:rFonts w:cs="Arial"/>
                <w:szCs w:val="21"/>
              </w:rPr>
            </w:r>
            <w:r w:rsidRPr="00C23396">
              <w:rPr>
                <w:rFonts w:cs="Arial"/>
                <w:szCs w:val="21"/>
              </w:rPr>
              <w:fldChar w:fldCharType="separate"/>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szCs w:val="21"/>
              </w:rPr>
              <w:fldChar w:fldCharType="end"/>
            </w:r>
          </w:p>
        </w:tc>
        <w:tc>
          <w:tcPr>
            <w:tcW w:w="1710" w:type="dxa"/>
          </w:tcPr>
          <w:p w14:paraId="6000E199" w14:textId="6629EDE5" w:rsidR="00D4051B" w:rsidRPr="00C23396" w:rsidRDefault="00D4051B" w:rsidP="00D4051B">
            <w:pPr>
              <w:spacing w:line="360" w:lineRule="auto"/>
              <w:rPr>
                <w:rFonts w:cs="Arial"/>
                <w:szCs w:val="21"/>
              </w:rPr>
            </w:pPr>
            <w:r w:rsidRPr="00C23396">
              <w:rPr>
                <w:rFonts w:cs="Arial"/>
                <w:szCs w:val="21"/>
              </w:rPr>
              <w:fldChar w:fldCharType="begin">
                <w:ffData>
                  <w:name w:val="Text1"/>
                  <w:enabled/>
                  <w:calcOnExit w:val="0"/>
                  <w:textInput/>
                </w:ffData>
              </w:fldChar>
            </w:r>
            <w:r w:rsidRPr="00C23396">
              <w:rPr>
                <w:rFonts w:cs="Arial"/>
                <w:szCs w:val="21"/>
              </w:rPr>
              <w:instrText xml:space="preserve"> FORMTEXT </w:instrText>
            </w:r>
            <w:r w:rsidRPr="00C23396">
              <w:rPr>
                <w:rFonts w:cs="Arial"/>
                <w:szCs w:val="21"/>
              </w:rPr>
            </w:r>
            <w:r w:rsidRPr="00C23396">
              <w:rPr>
                <w:rFonts w:cs="Arial"/>
                <w:szCs w:val="21"/>
              </w:rPr>
              <w:fldChar w:fldCharType="separate"/>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szCs w:val="21"/>
              </w:rPr>
              <w:fldChar w:fldCharType="end"/>
            </w:r>
          </w:p>
        </w:tc>
        <w:tc>
          <w:tcPr>
            <w:tcW w:w="1980" w:type="dxa"/>
          </w:tcPr>
          <w:p w14:paraId="1CDB9B47" w14:textId="1EEF7A68" w:rsidR="00D4051B" w:rsidRPr="00C23396" w:rsidRDefault="00D4051B" w:rsidP="00D4051B">
            <w:pPr>
              <w:spacing w:line="360" w:lineRule="auto"/>
              <w:rPr>
                <w:rFonts w:cs="Arial"/>
                <w:szCs w:val="21"/>
              </w:rPr>
            </w:pPr>
            <w:r w:rsidRPr="00C23396">
              <w:rPr>
                <w:rFonts w:cs="Arial"/>
                <w:szCs w:val="21"/>
              </w:rPr>
              <w:fldChar w:fldCharType="begin">
                <w:ffData>
                  <w:name w:val="Text1"/>
                  <w:enabled/>
                  <w:calcOnExit w:val="0"/>
                  <w:textInput/>
                </w:ffData>
              </w:fldChar>
            </w:r>
            <w:r w:rsidRPr="00C23396">
              <w:rPr>
                <w:rFonts w:cs="Arial"/>
                <w:szCs w:val="21"/>
              </w:rPr>
              <w:instrText xml:space="preserve"> FORMTEXT </w:instrText>
            </w:r>
            <w:r w:rsidRPr="00C23396">
              <w:rPr>
                <w:rFonts w:cs="Arial"/>
                <w:szCs w:val="21"/>
              </w:rPr>
            </w:r>
            <w:r w:rsidRPr="00C23396">
              <w:rPr>
                <w:rFonts w:cs="Arial"/>
                <w:szCs w:val="21"/>
              </w:rPr>
              <w:fldChar w:fldCharType="separate"/>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szCs w:val="21"/>
              </w:rPr>
              <w:fldChar w:fldCharType="end"/>
            </w:r>
          </w:p>
        </w:tc>
        <w:tc>
          <w:tcPr>
            <w:tcW w:w="1800" w:type="dxa"/>
          </w:tcPr>
          <w:p w14:paraId="2FE0AD77" w14:textId="6A538840" w:rsidR="00D4051B" w:rsidRPr="00C23396" w:rsidRDefault="00D4051B" w:rsidP="00D4051B">
            <w:pPr>
              <w:spacing w:line="360" w:lineRule="auto"/>
              <w:rPr>
                <w:rFonts w:cs="Arial"/>
                <w:szCs w:val="21"/>
              </w:rPr>
            </w:pPr>
            <w:r w:rsidRPr="00C23396">
              <w:rPr>
                <w:rFonts w:cs="Arial"/>
                <w:szCs w:val="21"/>
              </w:rPr>
              <w:fldChar w:fldCharType="begin">
                <w:ffData>
                  <w:name w:val="Text1"/>
                  <w:enabled/>
                  <w:calcOnExit w:val="0"/>
                  <w:textInput/>
                </w:ffData>
              </w:fldChar>
            </w:r>
            <w:r w:rsidRPr="00C23396">
              <w:rPr>
                <w:rFonts w:cs="Arial"/>
                <w:szCs w:val="21"/>
              </w:rPr>
              <w:instrText xml:space="preserve"> FORMTEXT </w:instrText>
            </w:r>
            <w:r w:rsidRPr="00C23396">
              <w:rPr>
                <w:rFonts w:cs="Arial"/>
                <w:szCs w:val="21"/>
              </w:rPr>
            </w:r>
            <w:r w:rsidRPr="00C23396">
              <w:rPr>
                <w:rFonts w:cs="Arial"/>
                <w:szCs w:val="21"/>
              </w:rPr>
              <w:fldChar w:fldCharType="separate"/>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szCs w:val="21"/>
              </w:rPr>
              <w:fldChar w:fldCharType="end"/>
            </w:r>
          </w:p>
        </w:tc>
        <w:tc>
          <w:tcPr>
            <w:tcW w:w="1800" w:type="dxa"/>
          </w:tcPr>
          <w:p w14:paraId="596B6A52" w14:textId="0236A631" w:rsidR="00D4051B" w:rsidRPr="00C23396" w:rsidRDefault="00D4051B" w:rsidP="00D4051B">
            <w:pPr>
              <w:spacing w:line="360" w:lineRule="auto"/>
              <w:rPr>
                <w:rFonts w:cs="Arial"/>
                <w:szCs w:val="21"/>
              </w:rPr>
            </w:pPr>
            <w:r w:rsidRPr="00C23396">
              <w:rPr>
                <w:rFonts w:cs="Arial"/>
                <w:szCs w:val="21"/>
              </w:rPr>
              <w:fldChar w:fldCharType="begin">
                <w:ffData>
                  <w:name w:val="Text1"/>
                  <w:enabled/>
                  <w:calcOnExit w:val="0"/>
                  <w:textInput/>
                </w:ffData>
              </w:fldChar>
            </w:r>
            <w:r w:rsidRPr="00C23396">
              <w:rPr>
                <w:rFonts w:cs="Arial"/>
                <w:szCs w:val="21"/>
              </w:rPr>
              <w:instrText xml:space="preserve"> FORMTEXT </w:instrText>
            </w:r>
            <w:r w:rsidRPr="00C23396">
              <w:rPr>
                <w:rFonts w:cs="Arial"/>
                <w:szCs w:val="21"/>
              </w:rPr>
            </w:r>
            <w:r w:rsidRPr="00C23396">
              <w:rPr>
                <w:rFonts w:cs="Arial"/>
                <w:szCs w:val="21"/>
              </w:rPr>
              <w:fldChar w:fldCharType="separate"/>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szCs w:val="21"/>
              </w:rPr>
              <w:fldChar w:fldCharType="end"/>
            </w:r>
          </w:p>
        </w:tc>
        <w:tc>
          <w:tcPr>
            <w:tcW w:w="2070" w:type="dxa"/>
          </w:tcPr>
          <w:p w14:paraId="08DABF8F" w14:textId="6532F4CC" w:rsidR="00D4051B" w:rsidRPr="00C23396" w:rsidRDefault="00D4051B" w:rsidP="00D4051B">
            <w:pPr>
              <w:spacing w:line="360" w:lineRule="auto"/>
              <w:rPr>
                <w:rFonts w:cs="Arial"/>
                <w:szCs w:val="21"/>
              </w:rPr>
            </w:pPr>
            <w:r w:rsidRPr="00C23396">
              <w:rPr>
                <w:rFonts w:cs="Arial"/>
                <w:szCs w:val="21"/>
              </w:rPr>
              <w:fldChar w:fldCharType="begin">
                <w:ffData>
                  <w:name w:val="Text1"/>
                  <w:enabled/>
                  <w:calcOnExit w:val="0"/>
                  <w:textInput/>
                </w:ffData>
              </w:fldChar>
            </w:r>
            <w:r w:rsidRPr="00C23396">
              <w:rPr>
                <w:rFonts w:cs="Arial"/>
                <w:szCs w:val="21"/>
              </w:rPr>
              <w:instrText xml:space="preserve"> FORMTEXT </w:instrText>
            </w:r>
            <w:r w:rsidRPr="00C23396">
              <w:rPr>
                <w:rFonts w:cs="Arial"/>
                <w:szCs w:val="21"/>
              </w:rPr>
            </w:r>
            <w:r w:rsidRPr="00C23396">
              <w:rPr>
                <w:rFonts w:cs="Arial"/>
                <w:szCs w:val="21"/>
              </w:rPr>
              <w:fldChar w:fldCharType="separate"/>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szCs w:val="21"/>
              </w:rPr>
              <w:fldChar w:fldCharType="end"/>
            </w:r>
          </w:p>
        </w:tc>
        <w:tc>
          <w:tcPr>
            <w:tcW w:w="1710" w:type="dxa"/>
          </w:tcPr>
          <w:p w14:paraId="4AF3766A" w14:textId="5FB56C7E" w:rsidR="00D4051B" w:rsidRPr="00C23396" w:rsidRDefault="00D4051B" w:rsidP="00D4051B">
            <w:pPr>
              <w:spacing w:line="360" w:lineRule="auto"/>
              <w:rPr>
                <w:rFonts w:cs="Arial"/>
                <w:szCs w:val="21"/>
              </w:rPr>
            </w:pPr>
            <w:r w:rsidRPr="00C23396">
              <w:rPr>
                <w:rFonts w:cs="Arial"/>
                <w:szCs w:val="21"/>
              </w:rPr>
              <w:fldChar w:fldCharType="begin">
                <w:ffData>
                  <w:name w:val="Text1"/>
                  <w:enabled/>
                  <w:calcOnExit w:val="0"/>
                  <w:textInput/>
                </w:ffData>
              </w:fldChar>
            </w:r>
            <w:r w:rsidRPr="00C23396">
              <w:rPr>
                <w:rFonts w:cs="Arial"/>
                <w:szCs w:val="21"/>
              </w:rPr>
              <w:instrText xml:space="preserve"> FORMTEXT </w:instrText>
            </w:r>
            <w:r w:rsidRPr="00C23396">
              <w:rPr>
                <w:rFonts w:cs="Arial"/>
                <w:szCs w:val="21"/>
              </w:rPr>
            </w:r>
            <w:r w:rsidRPr="00C23396">
              <w:rPr>
                <w:rFonts w:cs="Arial"/>
                <w:szCs w:val="21"/>
              </w:rPr>
              <w:fldChar w:fldCharType="separate"/>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szCs w:val="21"/>
              </w:rPr>
              <w:fldChar w:fldCharType="end"/>
            </w:r>
          </w:p>
        </w:tc>
      </w:tr>
      <w:tr w:rsidR="00D4051B" w:rsidRPr="00C23396" w14:paraId="78A886AC" w14:textId="77777777" w:rsidTr="00066094">
        <w:trPr>
          <w:trHeight w:val="432"/>
        </w:trPr>
        <w:tc>
          <w:tcPr>
            <w:tcW w:w="1615" w:type="dxa"/>
          </w:tcPr>
          <w:p w14:paraId="472E3FC3" w14:textId="0100F7A8" w:rsidR="00D4051B" w:rsidRPr="00C23396" w:rsidRDefault="00D4051B" w:rsidP="00D4051B">
            <w:pPr>
              <w:spacing w:line="360" w:lineRule="auto"/>
              <w:rPr>
                <w:rFonts w:cs="Arial"/>
                <w:szCs w:val="21"/>
              </w:rPr>
            </w:pPr>
            <w:r w:rsidRPr="00C23396">
              <w:rPr>
                <w:rFonts w:cs="Arial"/>
                <w:szCs w:val="21"/>
              </w:rPr>
              <w:fldChar w:fldCharType="begin">
                <w:ffData>
                  <w:name w:val="Text1"/>
                  <w:enabled/>
                  <w:calcOnExit w:val="0"/>
                  <w:textInput/>
                </w:ffData>
              </w:fldChar>
            </w:r>
            <w:r w:rsidRPr="00C23396">
              <w:rPr>
                <w:rFonts w:cs="Arial"/>
                <w:szCs w:val="21"/>
              </w:rPr>
              <w:instrText xml:space="preserve"> FORMTEXT </w:instrText>
            </w:r>
            <w:r w:rsidRPr="00C23396">
              <w:rPr>
                <w:rFonts w:cs="Arial"/>
                <w:szCs w:val="21"/>
              </w:rPr>
            </w:r>
            <w:r w:rsidRPr="00C23396">
              <w:rPr>
                <w:rFonts w:cs="Arial"/>
                <w:szCs w:val="21"/>
              </w:rPr>
              <w:fldChar w:fldCharType="separate"/>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szCs w:val="21"/>
              </w:rPr>
              <w:fldChar w:fldCharType="end"/>
            </w:r>
          </w:p>
        </w:tc>
        <w:tc>
          <w:tcPr>
            <w:tcW w:w="1440" w:type="dxa"/>
          </w:tcPr>
          <w:p w14:paraId="5450E618" w14:textId="30370033" w:rsidR="00D4051B" w:rsidRPr="00C23396" w:rsidRDefault="00D4051B" w:rsidP="00D4051B">
            <w:pPr>
              <w:spacing w:line="360" w:lineRule="auto"/>
              <w:rPr>
                <w:rFonts w:cs="Arial"/>
                <w:szCs w:val="21"/>
              </w:rPr>
            </w:pPr>
            <w:r w:rsidRPr="00C23396">
              <w:rPr>
                <w:rFonts w:cs="Arial"/>
                <w:szCs w:val="21"/>
              </w:rPr>
              <w:fldChar w:fldCharType="begin">
                <w:ffData>
                  <w:name w:val="Text1"/>
                  <w:enabled/>
                  <w:calcOnExit w:val="0"/>
                  <w:textInput/>
                </w:ffData>
              </w:fldChar>
            </w:r>
            <w:r w:rsidRPr="00C23396">
              <w:rPr>
                <w:rFonts w:cs="Arial"/>
                <w:szCs w:val="21"/>
              </w:rPr>
              <w:instrText xml:space="preserve"> FORMTEXT </w:instrText>
            </w:r>
            <w:r w:rsidRPr="00C23396">
              <w:rPr>
                <w:rFonts w:cs="Arial"/>
                <w:szCs w:val="21"/>
              </w:rPr>
            </w:r>
            <w:r w:rsidRPr="00C23396">
              <w:rPr>
                <w:rFonts w:cs="Arial"/>
                <w:szCs w:val="21"/>
              </w:rPr>
              <w:fldChar w:fldCharType="separate"/>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szCs w:val="21"/>
              </w:rPr>
              <w:fldChar w:fldCharType="end"/>
            </w:r>
          </w:p>
        </w:tc>
        <w:tc>
          <w:tcPr>
            <w:tcW w:w="1710" w:type="dxa"/>
          </w:tcPr>
          <w:p w14:paraId="3E9800C8" w14:textId="719850EA" w:rsidR="00D4051B" w:rsidRPr="00C23396" w:rsidRDefault="00D4051B" w:rsidP="00D4051B">
            <w:pPr>
              <w:spacing w:line="360" w:lineRule="auto"/>
              <w:rPr>
                <w:rFonts w:cs="Arial"/>
                <w:szCs w:val="21"/>
              </w:rPr>
            </w:pPr>
            <w:r w:rsidRPr="00C23396">
              <w:rPr>
                <w:rFonts w:cs="Arial"/>
                <w:szCs w:val="21"/>
              </w:rPr>
              <w:fldChar w:fldCharType="begin">
                <w:ffData>
                  <w:name w:val="Text1"/>
                  <w:enabled/>
                  <w:calcOnExit w:val="0"/>
                  <w:textInput/>
                </w:ffData>
              </w:fldChar>
            </w:r>
            <w:r w:rsidRPr="00C23396">
              <w:rPr>
                <w:rFonts w:cs="Arial"/>
                <w:szCs w:val="21"/>
              </w:rPr>
              <w:instrText xml:space="preserve"> FORMTEXT </w:instrText>
            </w:r>
            <w:r w:rsidRPr="00C23396">
              <w:rPr>
                <w:rFonts w:cs="Arial"/>
                <w:szCs w:val="21"/>
              </w:rPr>
            </w:r>
            <w:r w:rsidRPr="00C23396">
              <w:rPr>
                <w:rFonts w:cs="Arial"/>
                <w:szCs w:val="21"/>
              </w:rPr>
              <w:fldChar w:fldCharType="separate"/>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szCs w:val="21"/>
              </w:rPr>
              <w:fldChar w:fldCharType="end"/>
            </w:r>
          </w:p>
        </w:tc>
        <w:tc>
          <w:tcPr>
            <w:tcW w:w="1980" w:type="dxa"/>
          </w:tcPr>
          <w:p w14:paraId="6862DF3B" w14:textId="64379E8D" w:rsidR="00D4051B" w:rsidRPr="00C23396" w:rsidRDefault="00D4051B" w:rsidP="00D4051B">
            <w:pPr>
              <w:spacing w:line="360" w:lineRule="auto"/>
              <w:rPr>
                <w:rFonts w:cs="Arial"/>
                <w:szCs w:val="21"/>
              </w:rPr>
            </w:pPr>
            <w:r w:rsidRPr="00C23396">
              <w:rPr>
                <w:rFonts w:cs="Arial"/>
                <w:szCs w:val="21"/>
              </w:rPr>
              <w:fldChar w:fldCharType="begin">
                <w:ffData>
                  <w:name w:val="Text1"/>
                  <w:enabled/>
                  <w:calcOnExit w:val="0"/>
                  <w:textInput/>
                </w:ffData>
              </w:fldChar>
            </w:r>
            <w:r w:rsidRPr="00C23396">
              <w:rPr>
                <w:rFonts w:cs="Arial"/>
                <w:szCs w:val="21"/>
              </w:rPr>
              <w:instrText xml:space="preserve"> FORMTEXT </w:instrText>
            </w:r>
            <w:r w:rsidRPr="00C23396">
              <w:rPr>
                <w:rFonts w:cs="Arial"/>
                <w:szCs w:val="21"/>
              </w:rPr>
            </w:r>
            <w:r w:rsidRPr="00C23396">
              <w:rPr>
                <w:rFonts w:cs="Arial"/>
                <w:szCs w:val="21"/>
              </w:rPr>
              <w:fldChar w:fldCharType="separate"/>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szCs w:val="21"/>
              </w:rPr>
              <w:fldChar w:fldCharType="end"/>
            </w:r>
          </w:p>
        </w:tc>
        <w:tc>
          <w:tcPr>
            <w:tcW w:w="1800" w:type="dxa"/>
          </w:tcPr>
          <w:p w14:paraId="341ACDD3" w14:textId="219EF916" w:rsidR="00D4051B" w:rsidRPr="00C23396" w:rsidRDefault="00D4051B" w:rsidP="00D4051B">
            <w:pPr>
              <w:spacing w:line="360" w:lineRule="auto"/>
              <w:rPr>
                <w:rFonts w:cs="Arial"/>
                <w:szCs w:val="21"/>
              </w:rPr>
            </w:pPr>
            <w:r w:rsidRPr="00C23396">
              <w:rPr>
                <w:rFonts w:cs="Arial"/>
                <w:szCs w:val="21"/>
              </w:rPr>
              <w:fldChar w:fldCharType="begin">
                <w:ffData>
                  <w:name w:val="Text1"/>
                  <w:enabled/>
                  <w:calcOnExit w:val="0"/>
                  <w:textInput/>
                </w:ffData>
              </w:fldChar>
            </w:r>
            <w:r w:rsidRPr="00C23396">
              <w:rPr>
                <w:rFonts w:cs="Arial"/>
                <w:szCs w:val="21"/>
              </w:rPr>
              <w:instrText xml:space="preserve"> FORMTEXT </w:instrText>
            </w:r>
            <w:r w:rsidRPr="00C23396">
              <w:rPr>
                <w:rFonts w:cs="Arial"/>
                <w:szCs w:val="21"/>
              </w:rPr>
            </w:r>
            <w:r w:rsidRPr="00C23396">
              <w:rPr>
                <w:rFonts w:cs="Arial"/>
                <w:szCs w:val="21"/>
              </w:rPr>
              <w:fldChar w:fldCharType="separate"/>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szCs w:val="21"/>
              </w:rPr>
              <w:fldChar w:fldCharType="end"/>
            </w:r>
          </w:p>
        </w:tc>
        <w:tc>
          <w:tcPr>
            <w:tcW w:w="1800" w:type="dxa"/>
          </w:tcPr>
          <w:p w14:paraId="0356E701" w14:textId="059269EA" w:rsidR="00D4051B" w:rsidRPr="00C23396" w:rsidRDefault="00D4051B" w:rsidP="00D4051B">
            <w:pPr>
              <w:spacing w:line="360" w:lineRule="auto"/>
              <w:rPr>
                <w:rFonts w:cs="Arial"/>
                <w:szCs w:val="21"/>
              </w:rPr>
            </w:pPr>
            <w:r w:rsidRPr="00C23396">
              <w:rPr>
                <w:rFonts w:cs="Arial"/>
                <w:szCs w:val="21"/>
              </w:rPr>
              <w:fldChar w:fldCharType="begin">
                <w:ffData>
                  <w:name w:val="Text1"/>
                  <w:enabled/>
                  <w:calcOnExit w:val="0"/>
                  <w:textInput/>
                </w:ffData>
              </w:fldChar>
            </w:r>
            <w:r w:rsidRPr="00C23396">
              <w:rPr>
                <w:rFonts w:cs="Arial"/>
                <w:szCs w:val="21"/>
              </w:rPr>
              <w:instrText xml:space="preserve"> FORMTEXT </w:instrText>
            </w:r>
            <w:r w:rsidRPr="00C23396">
              <w:rPr>
                <w:rFonts w:cs="Arial"/>
                <w:szCs w:val="21"/>
              </w:rPr>
            </w:r>
            <w:r w:rsidRPr="00C23396">
              <w:rPr>
                <w:rFonts w:cs="Arial"/>
                <w:szCs w:val="21"/>
              </w:rPr>
              <w:fldChar w:fldCharType="separate"/>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szCs w:val="21"/>
              </w:rPr>
              <w:fldChar w:fldCharType="end"/>
            </w:r>
          </w:p>
        </w:tc>
        <w:tc>
          <w:tcPr>
            <w:tcW w:w="2070" w:type="dxa"/>
          </w:tcPr>
          <w:p w14:paraId="37E8D28D" w14:textId="6EE62873" w:rsidR="00D4051B" w:rsidRPr="00C23396" w:rsidRDefault="00D4051B" w:rsidP="00D4051B">
            <w:pPr>
              <w:spacing w:line="360" w:lineRule="auto"/>
              <w:rPr>
                <w:rFonts w:cs="Arial"/>
                <w:szCs w:val="21"/>
              </w:rPr>
            </w:pPr>
            <w:r w:rsidRPr="00C23396">
              <w:rPr>
                <w:rFonts w:cs="Arial"/>
                <w:szCs w:val="21"/>
              </w:rPr>
              <w:fldChar w:fldCharType="begin">
                <w:ffData>
                  <w:name w:val="Text1"/>
                  <w:enabled/>
                  <w:calcOnExit w:val="0"/>
                  <w:textInput/>
                </w:ffData>
              </w:fldChar>
            </w:r>
            <w:r w:rsidRPr="00C23396">
              <w:rPr>
                <w:rFonts w:cs="Arial"/>
                <w:szCs w:val="21"/>
              </w:rPr>
              <w:instrText xml:space="preserve"> FORMTEXT </w:instrText>
            </w:r>
            <w:r w:rsidRPr="00C23396">
              <w:rPr>
                <w:rFonts w:cs="Arial"/>
                <w:szCs w:val="21"/>
              </w:rPr>
            </w:r>
            <w:r w:rsidRPr="00C23396">
              <w:rPr>
                <w:rFonts w:cs="Arial"/>
                <w:szCs w:val="21"/>
              </w:rPr>
              <w:fldChar w:fldCharType="separate"/>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szCs w:val="21"/>
              </w:rPr>
              <w:fldChar w:fldCharType="end"/>
            </w:r>
          </w:p>
        </w:tc>
        <w:tc>
          <w:tcPr>
            <w:tcW w:w="1710" w:type="dxa"/>
          </w:tcPr>
          <w:p w14:paraId="79E2461C" w14:textId="4E101A14" w:rsidR="00D4051B" w:rsidRPr="00C23396" w:rsidRDefault="00D4051B" w:rsidP="00D4051B">
            <w:pPr>
              <w:spacing w:line="360" w:lineRule="auto"/>
              <w:rPr>
                <w:rFonts w:cs="Arial"/>
                <w:szCs w:val="21"/>
              </w:rPr>
            </w:pPr>
            <w:r w:rsidRPr="00C23396">
              <w:rPr>
                <w:rFonts w:cs="Arial"/>
                <w:szCs w:val="21"/>
              </w:rPr>
              <w:fldChar w:fldCharType="begin">
                <w:ffData>
                  <w:name w:val="Text1"/>
                  <w:enabled/>
                  <w:calcOnExit w:val="0"/>
                  <w:textInput/>
                </w:ffData>
              </w:fldChar>
            </w:r>
            <w:r w:rsidRPr="00C23396">
              <w:rPr>
                <w:rFonts w:cs="Arial"/>
                <w:szCs w:val="21"/>
              </w:rPr>
              <w:instrText xml:space="preserve"> FORMTEXT </w:instrText>
            </w:r>
            <w:r w:rsidRPr="00C23396">
              <w:rPr>
                <w:rFonts w:cs="Arial"/>
                <w:szCs w:val="21"/>
              </w:rPr>
            </w:r>
            <w:r w:rsidRPr="00C23396">
              <w:rPr>
                <w:rFonts w:cs="Arial"/>
                <w:szCs w:val="21"/>
              </w:rPr>
              <w:fldChar w:fldCharType="separate"/>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noProof/>
                <w:szCs w:val="21"/>
              </w:rPr>
              <w:t> </w:t>
            </w:r>
            <w:r w:rsidRPr="00C23396">
              <w:rPr>
                <w:rFonts w:cs="Arial"/>
                <w:szCs w:val="21"/>
              </w:rPr>
              <w:fldChar w:fldCharType="end"/>
            </w:r>
          </w:p>
        </w:tc>
      </w:tr>
    </w:tbl>
    <w:p w14:paraId="2DFA1E51" w14:textId="390E0311" w:rsidR="00E34E13" w:rsidRPr="00C23396" w:rsidRDefault="005249A4" w:rsidP="002E7F8F">
      <w:pPr>
        <w:spacing w:line="360" w:lineRule="auto"/>
        <w:rPr>
          <w:rFonts w:cs="Arial"/>
        </w:rPr>
      </w:pPr>
      <w:r w:rsidRPr="00C23396">
        <w:rPr>
          <w:rFonts w:cs="Arial"/>
          <w:b/>
        </w:rPr>
        <w:t xml:space="preserve">*Modified Course? </w:t>
      </w:r>
      <w:r w:rsidRPr="00C23396">
        <w:rPr>
          <w:rFonts w:cs="Arial"/>
        </w:rPr>
        <w:t>Use this column only if the course content itself is modified. Do not use this column to indicate accommodations or supplementary aids and services.</w:t>
      </w:r>
    </w:p>
    <w:p w14:paraId="3E443F46" w14:textId="77777777" w:rsidR="00D034F1" w:rsidRPr="00C23396" w:rsidRDefault="005249A4" w:rsidP="002E7F8F">
      <w:pPr>
        <w:pStyle w:val="Heading1"/>
        <w:spacing w:line="360" w:lineRule="auto"/>
        <w:rPr>
          <w:rFonts w:ascii="Arial" w:hAnsi="Arial" w:cs="Arial"/>
        </w:rPr>
      </w:pPr>
      <w:r w:rsidRPr="00C23396">
        <w:rPr>
          <w:rFonts w:ascii="Arial" w:hAnsi="Arial" w:cs="Arial"/>
        </w:rPr>
        <w:lastRenderedPageBreak/>
        <w:t>Section 3: Graduation Pathway and Overall CoS Alignment Review</w:t>
      </w:r>
    </w:p>
    <w:p w14:paraId="5B3C3074" w14:textId="77777777" w:rsidR="00D034F1" w:rsidRPr="00C23396" w:rsidRDefault="005249A4" w:rsidP="00782575">
      <w:pPr>
        <w:spacing w:after="0" w:line="360" w:lineRule="auto"/>
        <w:rPr>
          <w:rFonts w:cs="Arial"/>
        </w:rPr>
      </w:pPr>
      <w:r w:rsidRPr="00C23396">
        <w:rPr>
          <w:rFonts w:cs="Arial"/>
        </w:rPr>
        <w:t xml:space="preserve">Alignment means that the full set of planned courses and experiences, taken together, </w:t>
      </w:r>
      <w:r w:rsidRPr="00D335F8">
        <w:rPr>
          <w:rFonts w:cs="Arial"/>
          <w:bCs/>
        </w:rPr>
        <w:t>(1) supports completion of Arizona graduation requirements, (2) builds the skills needed to reach the student’s measurable postsecondary goals, and (3) addresses the student’s identified IEP needs as reflected in the PLAAFP and annual goals when applicable.</w:t>
      </w:r>
    </w:p>
    <w:p w14:paraId="2F1BABAE" w14:textId="77777777" w:rsidR="00D034F1" w:rsidRPr="00C23396" w:rsidRDefault="005249A4" w:rsidP="00782575">
      <w:pPr>
        <w:spacing w:after="0" w:line="360" w:lineRule="auto"/>
        <w:rPr>
          <w:rFonts w:cs="Arial"/>
          <w:b/>
          <w:bCs/>
        </w:rPr>
      </w:pPr>
      <w:r w:rsidRPr="00C23396">
        <w:rPr>
          <w:rFonts w:cs="Arial"/>
          <w:b/>
          <w:bCs/>
        </w:rPr>
        <w:t>Review Section 2 and ask:</w:t>
      </w:r>
    </w:p>
    <w:p w14:paraId="53960E5F" w14:textId="77777777" w:rsidR="00D034F1" w:rsidRPr="00C23396" w:rsidRDefault="005249A4" w:rsidP="002E7F8F">
      <w:pPr>
        <w:pStyle w:val="ListBullet"/>
        <w:spacing w:line="360" w:lineRule="auto"/>
        <w:rPr>
          <w:rFonts w:cs="Arial"/>
        </w:rPr>
      </w:pPr>
      <w:r w:rsidRPr="00C23396">
        <w:rPr>
          <w:rFonts w:cs="Arial"/>
        </w:rPr>
        <w:t>Do the planned courses and experiences contribute to the student meeting graduation requirements?</w:t>
      </w:r>
    </w:p>
    <w:p w14:paraId="3EB23C63" w14:textId="77777777" w:rsidR="00D034F1" w:rsidRPr="00C23396" w:rsidRDefault="005249A4" w:rsidP="002E7F8F">
      <w:pPr>
        <w:pStyle w:val="ListBullet"/>
        <w:spacing w:line="360" w:lineRule="auto"/>
        <w:rPr>
          <w:rFonts w:cs="Arial"/>
        </w:rPr>
      </w:pPr>
      <w:r w:rsidRPr="00C23396">
        <w:rPr>
          <w:rFonts w:cs="Arial"/>
        </w:rPr>
        <w:t>Do they build skills needed for the student’s postsecondary goals?</w:t>
      </w:r>
    </w:p>
    <w:p w14:paraId="56C36EB1" w14:textId="77777777" w:rsidR="00D034F1" w:rsidRPr="00C23396" w:rsidRDefault="005249A4" w:rsidP="002E7F8F">
      <w:pPr>
        <w:pStyle w:val="ListBullet"/>
        <w:spacing w:line="360" w:lineRule="auto"/>
        <w:rPr>
          <w:rFonts w:cs="Arial"/>
        </w:rPr>
      </w:pPr>
      <w:r w:rsidRPr="00C23396">
        <w:rPr>
          <w:rFonts w:cs="Arial"/>
        </w:rPr>
        <w:t>Do they address the student’s identified IEP needs and annual goals, when applicable?</w:t>
      </w:r>
    </w:p>
    <w:p w14:paraId="227A5624" w14:textId="77777777" w:rsidR="00D034F1" w:rsidRPr="00C23396" w:rsidRDefault="005249A4" w:rsidP="002E7F8F">
      <w:pPr>
        <w:pStyle w:val="ListBullet"/>
        <w:spacing w:line="360" w:lineRule="auto"/>
        <w:rPr>
          <w:rFonts w:cs="Arial"/>
        </w:rPr>
      </w:pPr>
      <w:r w:rsidRPr="00C23396">
        <w:rPr>
          <w:rFonts w:cs="Arial"/>
        </w:rPr>
        <w:t>Is the plan feasible given current credits, pace, scheduling, and supports?</w:t>
      </w:r>
    </w:p>
    <w:p w14:paraId="4A4774C0" w14:textId="77777777" w:rsidR="00D034F1" w:rsidRPr="00C23396" w:rsidRDefault="005249A4" w:rsidP="002E7F8F">
      <w:pPr>
        <w:pStyle w:val="ListBullet"/>
        <w:spacing w:line="360" w:lineRule="auto"/>
        <w:rPr>
          <w:rFonts w:cs="Arial"/>
        </w:rPr>
      </w:pPr>
      <w:r w:rsidRPr="00C23396">
        <w:rPr>
          <w:rFonts w:cs="Arial"/>
        </w:rPr>
        <w:t>What is missing that would strengthen alignment?</w:t>
      </w:r>
    </w:p>
    <w:tbl>
      <w:tblPr>
        <w:tblStyle w:val="TableGrid"/>
        <w:tblW w:w="14199" w:type="dxa"/>
        <w:tblLook w:val="04A0" w:firstRow="1" w:lastRow="0" w:firstColumn="1" w:lastColumn="0" w:noHBand="0" w:noVBand="1"/>
      </w:tblPr>
      <w:tblGrid>
        <w:gridCol w:w="5139"/>
        <w:gridCol w:w="9060"/>
      </w:tblGrid>
      <w:tr w:rsidR="00D034F1" w:rsidRPr="00C23396" w14:paraId="355D1E17" w14:textId="77777777" w:rsidTr="002C2B80">
        <w:trPr>
          <w:trHeight w:val="1187"/>
        </w:trPr>
        <w:tc>
          <w:tcPr>
            <w:tcW w:w="5139" w:type="dxa"/>
            <w:shd w:val="clear" w:color="auto" w:fill="D9E2F3"/>
          </w:tcPr>
          <w:p w14:paraId="3256C324" w14:textId="77777777" w:rsidR="00D034F1" w:rsidRPr="00C23396" w:rsidRDefault="005249A4" w:rsidP="002E7F8F">
            <w:pPr>
              <w:spacing w:line="360" w:lineRule="auto"/>
              <w:rPr>
                <w:rFonts w:cs="Arial"/>
              </w:rPr>
            </w:pPr>
            <w:r w:rsidRPr="00C23396">
              <w:rPr>
                <w:rFonts w:cs="Arial"/>
                <w:b/>
              </w:rPr>
              <w:t>Anticipated time to complete graduation requirements (check one option)</w:t>
            </w:r>
          </w:p>
        </w:tc>
        <w:tc>
          <w:tcPr>
            <w:tcW w:w="9060" w:type="dxa"/>
          </w:tcPr>
          <w:p w14:paraId="45890A4E" w14:textId="313AE059" w:rsidR="00D034F1" w:rsidRPr="00C23396" w:rsidRDefault="00000000" w:rsidP="002E7F8F">
            <w:pPr>
              <w:spacing w:line="360" w:lineRule="auto"/>
              <w:rPr>
                <w:rFonts w:cs="Arial"/>
              </w:rPr>
            </w:pPr>
            <w:sdt>
              <w:sdtPr>
                <w:rPr>
                  <w:rFonts w:cs="Arial"/>
                </w:rPr>
                <w:id w:val="-2126293468"/>
                <w14:checkbox>
                  <w14:checked w14:val="0"/>
                  <w14:checkedState w14:val="2612" w14:font="MS Gothic"/>
                  <w14:uncheckedState w14:val="2610" w14:font="MS Gothic"/>
                </w14:checkbox>
              </w:sdtPr>
              <w:sdtContent>
                <w:r w:rsidR="005C2D7A" w:rsidRPr="00C23396">
                  <w:rPr>
                    <w:rFonts w:ascii="Segoe UI Symbol" w:eastAsia="MS Gothic" w:hAnsi="Segoe UI Symbol" w:cs="Segoe UI Symbol"/>
                  </w:rPr>
                  <w:t>☐</w:t>
                </w:r>
              </w:sdtContent>
            </w:sdt>
            <w:r w:rsidR="005249A4" w:rsidRPr="00C23396">
              <w:rPr>
                <w:rFonts w:cs="Arial"/>
              </w:rPr>
              <w:t>4 years</w:t>
            </w:r>
            <w:r w:rsidR="005249A4" w:rsidRPr="00C23396">
              <w:rPr>
                <w:rFonts w:cs="Arial"/>
              </w:rPr>
              <w:br/>
            </w:r>
            <w:sdt>
              <w:sdtPr>
                <w:rPr>
                  <w:rFonts w:cs="Arial"/>
                </w:rPr>
                <w:id w:val="713168242"/>
                <w14:checkbox>
                  <w14:checked w14:val="0"/>
                  <w14:checkedState w14:val="2612" w14:font="MS Gothic"/>
                  <w14:uncheckedState w14:val="2610" w14:font="MS Gothic"/>
                </w14:checkbox>
              </w:sdtPr>
              <w:sdtContent>
                <w:r w:rsidR="005C2D7A" w:rsidRPr="00C23396">
                  <w:rPr>
                    <w:rFonts w:ascii="Segoe UI Symbol" w:eastAsia="MS Gothic" w:hAnsi="Segoe UI Symbol" w:cs="Segoe UI Symbol"/>
                  </w:rPr>
                  <w:t>☐</w:t>
                </w:r>
              </w:sdtContent>
            </w:sdt>
            <w:r w:rsidR="005249A4" w:rsidRPr="00C23396">
              <w:rPr>
                <w:rFonts w:cs="Arial"/>
              </w:rPr>
              <w:t>More than 4 years</w:t>
            </w:r>
            <w:r w:rsidR="005249A4" w:rsidRPr="00C23396">
              <w:rPr>
                <w:rFonts w:cs="Arial"/>
              </w:rPr>
              <w:br/>
            </w:r>
            <w:sdt>
              <w:sdtPr>
                <w:rPr>
                  <w:rFonts w:cs="Arial"/>
                </w:rPr>
                <w:id w:val="1798716718"/>
                <w14:checkbox>
                  <w14:checked w14:val="0"/>
                  <w14:checkedState w14:val="2612" w14:font="MS Gothic"/>
                  <w14:uncheckedState w14:val="2610" w14:font="MS Gothic"/>
                </w14:checkbox>
              </w:sdtPr>
              <w:sdtContent>
                <w:r w:rsidR="005C2D7A" w:rsidRPr="00C23396">
                  <w:rPr>
                    <w:rFonts w:ascii="Segoe UI Symbol" w:eastAsia="MS Gothic" w:hAnsi="Segoe UI Symbol" w:cs="Segoe UI Symbol"/>
                  </w:rPr>
                  <w:t>☐</w:t>
                </w:r>
              </w:sdtContent>
            </w:sdt>
            <w:r w:rsidR="005249A4" w:rsidRPr="00C23396">
              <w:rPr>
                <w:rFonts w:cs="Arial"/>
              </w:rPr>
              <w:t>To be determined</w:t>
            </w:r>
          </w:p>
        </w:tc>
      </w:tr>
      <w:tr w:rsidR="00D4051B" w:rsidRPr="00C23396" w14:paraId="448E5A5C" w14:textId="77777777" w:rsidTr="002C2B80">
        <w:trPr>
          <w:trHeight w:val="357"/>
        </w:trPr>
        <w:tc>
          <w:tcPr>
            <w:tcW w:w="5139" w:type="dxa"/>
            <w:shd w:val="clear" w:color="auto" w:fill="D9E2F3"/>
          </w:tcPr>
          <w:p w14:paraId="50582455" w14:textId="77777777" w:rsidR="00D4051B" w:rsidRPr="00C23396" w:rsidRDefault="00D4051B" w:rsidP="00D4051B">
            <w:pPr>
              <w:spacing w:line="360" w:lineRule="auto"/>
              <w:rPr>
                <w:rFonts w:cs="Arial"/>
              </w:rPr>
            </w:pPr>
            <w:r w:rsidRPr="00C23396">
              <w:rPr>
                <w:rFonts w:cs="Arial"/>
                <w:b/>
              </w:rPr>
              <w:t>Anticipated date of graduation</w:t>
            </w:r>
          </w:p>
        </w:tc>
        <w:tc>
          <w:tcPr>
            <w:tcW w:w="9060" w:type="dxa"/>
          </w:tcPr>
          <w:p w14:paraId="6076B1C2" w14:textId="77DCB8E2" w:rsidR="00D4051B" w:rsidRPr="00C23396" w:rsidRDefault="00D4051B" w:rsidP="00D4051B">
            <w:pPr>
              <w:spacing w:line="360" w:lineRule="auto"/>
              <w:rPr>
                <w:rFonts w:cs="Arial"/>
              </w:rPr>
            </w:pPr>
            <w:r w:rsidRPr="00C23396">
              <w:rPr>
                <w:rFonts w:cs="Arial"/>
              </w:rPr>
              <w:fldChar w:fldCharType="begin">
                <w:ffData>
                  <w:name w:val="Text1"/>
                  <w:enabled/>
                  <w:calcOnExit w:val="0"/>
                  <w:textInput/>
                </w:ffData>
              </w:fldChar>
            </w:r>
            <w:r w:rsidRPr="00C23396">
              <w:rPr>
                <w:rFonts w:cs="Arial"/>
              </w:rPr>
              <w:instrText xml:space="preserve"> FORMTEXT </w:instrText>
            </w:r>
            <w:r w:rsidRPr="00C23396">
              <w:rPr>
                <w:rFonts w:cs="Arial"/>
              </w:rPr>
            </w:r>
            <w:r w:rsidRPr="00C23396">
              <w:rPr>
                <w:rFonts w:cs="Arial"/>
              </w:rPr>
              <w:fldChar w:fldCharType="separate"/>
            </w:r>
            <w:r w:rsidRPr="00C23396">
              <w:rPr>
                <w:rFonts w:cs="Arial"/>
                <w:noProof/>
              </w:rPr>
              <w:t> </w:t>
            </w:r>
            <w:r w:rsidRPr="00C23396">
              <w:rPr>
                <w:rFonts w:cs="Arial"/>
                <w:noProof/>
              </w:rPr>
              <w:t> </w:t>
            </w:r>
            <w:r w:rsidRPr="00C23396">
              <w:rPr>
                <w:rFonts w:cs="Arial"/>
                <w:noProof/>
              </w:rPr>
              <w:t> </w:t>
            </w:r>
            <w:r w:rsidRPr="00C23396">
              <w:rPr>
                <w:rFonts w:cs="Arial"/>
                <w:noProof/>
              </w:rPr>
              <w:t> </w:t>
            </w:r>
            <w:r w:rsidRPr="00C23396">
              <w:rPr>
                <w:rFonts w:cs="Arial"/>
                <w:noProof/>
              </w:rPr>
              <w:t> </w:t>
            </w:r>
            <w:r w:rsidRPr="00C23396">
              <w:rPr>
                <w:rFonts w:cs="Arial"/>
              </w:rPr>
              <w:fldChar w:fldCharType="end"/>
            </w:r>
          </w:p>
        </w:tc>
      </w:tr>
      <w:tr w:rsidR="00D4051B" w:rsidRPr="00C23396" w14:paraId="01F4CB9B" w14:textId="77777777" w:rsidTr="002C2B80">
        <w:trPr>
          <w:trHeight w:val="419"/>
        </w:trPr>
        <w:tc>
          <w:tcPr>
            <w:tcW w:w="5139" w:type="dxa"/>
            <w:shd w:val="clear" w:color="auto" w:fill="D9E2F3"/>
          </w:tcPr>
          <w:p w14:paraId="242D5111" w14:textId="77777777" w:rsidR="00D4051B" w:rsidRPr="00C23396" w:rsidRDefault="00D4051B" w:rsidP="00D4051B">
            <w:pPr>
              <w:spacing w:line="360" w:lineRule="auto"/>
              <w:rPr>
                <w:rFonts w:cs="Arial"/>
              </w:rPr>
            </w:pPr>
            <w:r w:rsidRPr="00C23396">
              <w:rPr>
                <w:rFonts w:cs="Arial"/>
                <w:b/>
              </w:rPr>
              <w:t>Current considerations that impact progress toward obtaining a regular high school diploma (e.g., credit status, pacing, course sequencing, need for extended time)</w:t>
            </w:r>
          </w:p>
        </w:tc>
        <w:tc>
          <w:tcPr>
            <w:tcW w:w="9060" w:type="dxa"/>
          </w:tcPr>
          <w:p w14:paraId="798BC440" w14:textId="45719FF4" w:rsidR="00D4051B" w:rsidRPr="00C23396" w:rsidRDefault="00D4051B" w:rsidP="00D4051B">
            <w:pPr>
              <w:spacing w:line="360" w:lineRule="auto"/>
              <w:rPr>
                <w:rFonts w:cs="Arial"/>
              </w:rPr>
            </w:pPr>
            <w:r w:rsidRPr="00C23396">
              <w:rPr>
                <w:rFonts w:cs="Arial"/>
              </w:rPr>
              <w:fldChar w:fldCharType="begin">
                <w:ffData>
                  <w:name w:val="Text1"/>
                  <w:enabled/>
                  <w:calcOnExit w:val="0"/>
                  <w:textInput/>
                </w:ffData>
              </w:fldChar>
            </w:r>
            <w:r w:rsidRPr="00C23396">
              <w:rPr>
                <w:rFonts w:cs="Arial"/>
              </w:rPr>
              <w:instrText xml:space="preserve"> FORMTEXT </w:instrText>
            </w:r>
            <w:r w:rsidRPr="00C23396">
              <w:rPr>
                <w:rFonts w:cs="Arial"/>
              </w:rPr>
            </w:r>
            <w:r w:rsidRPr="00C23396">
              <w:rPr>
                <w:rFonts w:cs="Arial"/>
              </w:rPr>
              <w:fldChar w:fldCharType="separate"/>
            </w:r>
            <w:r w:rsidRPr="00C23396">
              <w:rPr>
                <w:rFonts w:cs="Arial"/>
                <w:noProof/>
              </w:rPr>
              <w:t> </w:t>
            </w:r>
            <w:r w:rsidRPr="00C23396">
              <w:rPr>
                <w:rFonts w:cs="Arial"/>
                <w:noProof/>
              </w:rPr>
              <w:t> </w:t>
            </w:r>
            <w:r w:rsidRPr="00C23396">
              <w:rPr>
                <w:rFonts w:cs="Arial"/>
                <w:noProof/>
              </w:rPr>
              <w:t> </w:t>
            </w:r>
            <w:r w:rsidRPr="00C23396">
              <w:rPr>
                <w:rFonts w:cs="Arial"/>
                <w:noProof/>
              </w:rPr>
              <w:t> </w:t>
            </w:r>
            <w:r w:rsidRPr="00C23396">
              <w:rPr>
                <w:rFonts w:cs="Arial"/>
                <w:noProof/>
              </w:rPr>
              <w:t> </w:t>
            </w:r>
            <w:r w:rsidRPr="00C23396">
              <w:rPr>
                <w:rFonts w:cs="Arial"/>
              </w:rPr>
              <w:fldChar w:fldCharType="end"/>
            </w:r>
          </w:p>
        </w:tc>
      </w:tr>
      <w:tr w:rsidR="00D4051B" w:rsidRPr="00C23396" w14:paraId="3462F62A" w14:textId="77777777" w:rsidTr="002C2B80">
        <w:trPr>
          <w:trHeight w:val="762"/>
        </w:trPr>
        <w:tc>
          <w:tcPr>
            <w:tcW w:w="5139" w:type="dxa"/>
            <w:shd w:val="clear" w:color="auto" w:fill="D9E2F3"/>
          </w:tcPr>
          <w:p w14:paraId="2733B2A1" w14:textId="7060E6EF" w:rsidR="00D06C84" w:rsidRPr="00C23396" w:rsidRDefault="00D4051B" w:rsidP="002C2B80">
            <w:pPr>
              <w:spacing w:line="360" w:lineRule="auto"/>
              <w:rPr>
                <w:rFonts w:cs="Arial"/>
                <w:b/>
              </w:rPr>
            </w:pPr>
            <w:r w:rsidRPr="00C23396">
              <w:rPr>
                <w:rFonts w:cs="Arial"/>
                <w:b/>
              </w:rPr>
              <w:t>Evidence the team reviewed to make this determination (optional but recommended)</w:t>
            </w:r>
          </w:p>
        </w:tc>
        <w:tc>
          <w:tcPr>
            <w:tcW w:w="9060" w:type="dxa"/>
          </w:tcPr>
          <w:p w14:paraId="0558A29C" w14:textId="58A7590A" w:rsidR="00D4051B" w:rsidRPr="00C23396" w:rsidRDefault="00D4051B" w:rsidP="00D4051B">
            <w:pPr>
              <w:spacing w:line="360" w:lineRule="auto"/>
              <w:rPr>
                <w:rFonts w:cs="Arial"/>
              </w:rPr>
            </w:pPr>
            <w:r w:rsidRPr="00C23396">
              <w:rPr>
                <w:rFonts w:cs="Arial"/>
              </w:rPr>
              <w:fldChar w:fldCharType="begin">
                <w:ffData>
                  <w:name w:val="Text1"/>
                  <w:enabled/>
                  <w:calcOnExit w:val="0"/>
                  <w:textInput/>
                </w:ffData>
              </w:fldChar>
            </w:r>
            <w:r w:rsidRPr="00C23396">
              <w:rPr>
                <w:rFonts w:cs="Arial"/>
              </w:rPr>
              <w:instrText xml:space="preserve"> FORMTEXT </w:instrText>
            </w:r>
            <w:r w:rsidRPr="00C23396">
              <w:rPr>
                <w:rFonts w:cs="Arial"/>
              </w:rPr>
            </w:r>
            <w:r w:rsidRPr="00C23396">
              <w:rPr>
                <w:rFonts w:cs="Arial"/>
              </w:rPr>
              <w:fldChar w:fldCharType="separate"/>
            </w:r>
            <w:r w:rsidRPr="00C23396">
              <w:rPr>
                <w:rFonts w:cs="Arial"/>
                <w:noProof/>
              </w:rPr>
              <w:t> </w:t>
            </w:r>
            <w:r w:rsidRPr="00C23396">
              <w:rPr>
                <w:rFonts w:cs="Arial"/>
                <w:noProof/>
              </w:rPr>
              <w:t> </w:t>
            </w:r>
            <w:r w:rsidRPr="00C23396">
              <w:rPr>
                <w:rFonts w:cs="Arial"/>
                <w:noProof/>
              </w:rPr>
              <w:t> </w:t>
            </w:r>
            <w:r w:rsidRPr="00C23396">
              <w:rPr>
                <w:rFonts w:cs="Arial"/>
                <w:noProof/>
              </w:rPr>
              <w:t> </w:t>
            </w:r>
            <w:r w:rsidRPr="00C23396">
              <w:rPr>
                <w:rFonts w:cs="Arial"/>
                <w:noProof/>
              </w:rPr>
              <w:t> </w:t>
            </w:r>
            <w:r w:rsidRPr="00C23396">
              <w:rPr>
                <w:rFonts w:cs="Arial"/>
              </w:rPr>
              <w:fldChar w:fldCharType="end"/>
            </w:r>
          </w:p>
        </w:tc>
      </w:tr>
    </w:tbl>
    <w:p w14:paraId="1F2BFB9A" w14:textId="5E0AEA13" w:rsidR="00D034F1" w:rsidRPr="00C23396" w:rsidRDefault="00D034F1" w:rsidP="002C2B80">
      <w:pPr>
        <w:rPr>
          <w:rFonts w:cs="Arial"/>
        </w:rPr>
      </w:pPr>
    </w:p>
    <w:sectPr w:rsidR="00D034F1" w:rsidRPr="00C23396" w:rsidSect="00B1533D">
      <w:headerReference w:type="default" r:id="rId15"/>
      <w:footerReference w:type="default" r:id="rId16"/>
      <w:headerReference w:type="first" r:id="rId17"/>
      <w:footerReference w:type="first" r:id="rId18"/>
      <w:pgSz w:w="15840" w:h="12240" w:orient="landscape"/>
      <w:pgMar w:top="1008" w:right="864" w:bottom="1008" w:left="86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93DBC8" w14:textId="77777777" w:rsidR="007C1ECA" w:rsidRDefault="007C1ECA" w:rsidP="00D572FB">
      <w:pPr>
        <w:spacing w:after="0" w:line="240" w:lineRule="auto"/>
      </w:pPr>
      <w:r>
        <w:separator/>
      </w:r>
    </w:p>
  </w:endnote>
  <w:endnote w:type="continuationSeparator" w:id="0">
    <w:p w14:paraId="29F9074B" w14:textId="77777777" w:rsidR="007C1ECA" w:rsidRDefault="007C1ECA" w:rsidP="00D572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56728" w14:textId="3E47B36C" w:rsidR="00D572FB" w:rsidRDefault="008B271F" w:rsidP="003F211C">
    <w:pPr>
      <w:pStyle w:val="Footer"/>
      <w:jc w:val="right"/>
    </w:pPr>
    <w:r>
      <w:t xml:space="preserve">Revised </w:t>
    </w:r>
    <w:r w:rsidR="003F211C">
      <w:t>August</w:t>
    </w:r>
    <w:r>
      <w:t xml:space="preserve"> 2026 </w:t>
    </w:r>
    <w:r>
      <w:ptab w:relativeTo="margin" w:alignment="center" w:leader="none"/>
    </w:r>
    <w:r>
      <w:ptab w:relativeTo="margin" w:alignment="right" w:leader="none"/>
    </w:r>
    <w:r w:rsidR="007134C4">
      <w:fldChar w:fldCharType="begin"/>
    </w:r>
    <w:r w:rsidR="007134C4">
      <w:instrText xml:space="preserve"> PAGE  \* Arabic  \* MERGEFORMAT </w:instrText>
    </w:r>
    <w:r w:rsidR="007134C4">
      <w:fldChar w:fldCharType="separate"/>
    </w:r>
    <w:r w:rsidR="007134C4">
      <w:rPr>
        <w:noProof/>
      </w:rPr>
      <w:t>2</w:t>
    </w:r>
    <w:r w:rsidR="007134C4">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2AB90" w14:textId="16F87349" w:rsidR="002A70E2" w:rsidRDefault="002A70E2">
    <w:pPr>
      <w:pStyle w:val="Footer"/>
    </w:pPr>
    <w:r>
      <w:t xml:space="preserve">Revised </w:t>
    </w:r>
    <w:r w:rsidR="003F211C">
      <w:t>August</w:t>
    </w:r>
    <w:r w:rsidR="008B271F">
      <w:t xml:space="preserv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99A17D" w14:textId="77777777" w:rsidR="007C1ECA" w:rsidRDefault="007C1ECA" w:rsidP="00D572FB">
      <w:pPr>
        <w:spacing w:after="0" w:line="240" w:lineRule="auto"/>
      </w:pPr>
      <w:r>
        <w:separator/>
      </w:r>
    </w:p>
  </w:footnote>
  <w:footnote w:type="continuationSeparator" w:id="0">
    <w:p w14:paraId="51AB21AB" w14:textId="77777777" w:rsidR="007C1ECA" w:rsidRDefault="007C1ECA" w:rsidP="00D572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02015" w14:textId="2530A970" w:rsidR="000D7ACE" w:rsidRDefault="00866A7C" w:rsidP="00866A7C">
    <w:pPr>
      <w:pStyle w:val="Header"/>
      <w:jc w:val="right"/>
    </w:pPr>
    <w:r>
      <w:rPr>
        <w:noProof/>
      </w:rPr>
      <w:drawing>
        <wp:inline distT="0" distB="0" distL="0" distR="0" wp14:anchorId="798AEF0B" wp14:editId="38A88E90">
          <wp:extent cx="685800" cy="685800"/>
          <wp:effectExtent l="0" t="0" r="0" b="0"/>
          <wp:docPr id="15116184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p w14:paraId="036F70D7" w14:textId="77777777" w:rsidR="00696F0D" w:rsidRDefault="00696F0D" w:rsidP="005A4EF7">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C9565" w14:textId="6BDAB6A8" w:rsidR="00B1533D" w:rsidRDefault="00B1533D" w:rsidP="00B1533D">
    <w:pPr>
      <w:pStyle w:val="Header"/>
      <w:jc w:val="center"/>
    </w:pPr>
    <w:r>
      <w:rPr>
        <w:noProof/>
      </w:rPr>
      <w:drawing>
        <wp:inline distT="0" distB="0" distL="0" distR="0" wp14:anchorId="409E301C" wp14:editId="0FA87D5D">
          <wp:extent cx="4103316" cy="1076325"/>
          <wp:effectExtent l="0" t="0" r="0" b="0"/>
          <wp:docPr id="112340348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80050" cy="109645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301572708">
    <w:abstractNumId w:val="8"/>
  </w:num>
  <w:num w:numId="2" w16cid:durableId="714819508">
    <w:abstractNumId w:val="6"/>
  </w:num>
  <w:num w:numId="3" w16cid:durableId="391999438">
    <w:abstractNumId w:val="5"/>
  </w:num>
  <w:num w:numId="4" w16cid:durableId="1153329663">
    <w:abstractNumId w:val="4"/>
  </w:num>
  <w:num w:numId="5" w16cid:durableId="469637885">
    <w:abstractNumId w:val="7"/>
  </w:num>
  <w:num w:numId="6" w16cid:durableId="332994822">
    <w:abstractNumId w:val="3"/>
  </w:num>
  <w:num w:numId="7" w16cid:durableId="479008103">
    <w:abstractNumId w:val="2"/>
  </w:num>
  <w:num w:numId="8" w16cid:durableId="1216549816">
    <w:abstractNumId w:val="1"/>
  </w:num>
  <w:num w:numId="9" w16cid:durableId="10768975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21B1"/>
    <w:rsid w:val="000340FF"/>
    <w:rsid w:val="00034616"/>
    <w:rsid w:val="0006063C"/>
    <w:rsid w:val="00066094"/>
    <w:rsid w:val="0007471B"/>
    <w:rsid w:val="00086446"/>
    <w:rsid w:val="000B3318"/>
    <w:rsid w:val="000C4BB0"/>
    <w:rsid w:val="000D7ACE"/>
    <w:rsid w:val="000E661E"/>
    <w:rsid w:val="001076B6"/>
    <w:rsid w:val="00117864"/>
    <w:rsid w:val="0015074B"/>
    <w:rsid w:val="001665ED"/>
    <w:rsid w:val="00167DC9"/>
    <w:rsid w:val="00181D56"/>
    <w:rsid w:val="001B22E1"/>
    <w:rsid w:val="002006D2"/>
    <w:rsid w:val="00230518"/>
    <w:rsid w:val="00233212"/>
    <w:rsid w:val="0029639D"/>
    <w:rsid w:val="002A2FDA"/>
    <w:rsid w:val="002A70E2"/>
    <w:rsid w:val="002B5241"/>
    <w:rsid w:val="002C2B80"/>
    <w:rsid w:val="002C4786"/>
    <w:rsid w:val="002E7F8F"/>
    <w:rsid w:val="00301040"/>
    <w:rsid w:val="003012E5"/>
    <w:rsid w:val="00326F90"/>
    <w:rsid w:val="0033162B"/>
    <w:rsid w:val="00334D56"/>
    <w:rsid w:val="0035011C"/>
    <w:rsid w:val="003A2CD5"/>
    <w:rsid w:val="003A37E6"/>
    <w:rsid w:val="003B0E2E"/>
    <w:rsid w:val="003B5EE1"/>
    <w:rsid w:val="003F211C"/>
    <w:rsid w:val="00403291"/>
    <w:rsid w:val="00412393"/>
    <w:rsid w:val="00444EC1"/>
    <w:rsid w:val="00455175"/>
    <w:rsid w:val="00491C48"/>
    <w:rsid w:val="004A0BA5"/>
    <w:rsid w:val="004C20FF"/>
    <w:rsid w:val="005249A4"/>
    <w:rsid w:val="005A4EF7"/>
    <w:rsid w:val="005A6F06"/>
    <w:rsid w:val="005B2840"/>
    <w:rsid w:val="005C2D7A"/>
    <w:rsid w:val="005C50C9"/>
    <w:rsid w:val="005E3CE7"/>
    <w:rsid w:val="00614351"/>
    <w:rsid w:val="00622874"/>
    <w:rsid w:val="00630923"/>
    <w:rsid w:val="00633893"/>
    <w:rsid w:val="006415EF"/>
    <w:rsid w:val="006446D6"/>
    <w:rsid w:val="00650A33"/>
    <w:rsid w:val="00685103"/>
    <w:rsid w:val="006858C4"/>
    <w:rsid w:val="00696F0D"/>
    <w:rsid w:val="006A0D54"/>
    <w:rsid w:val="006C1DEF"/>
    <w:rsid w:val="006C4CE6"/>
    <w:rsid w:val="006F61F1"/>
    <w:rsid w:val="0071016A"/>
    <w:rsid w:val="007134C4"/>
    <w:rsid w:val="007410BF"/>
    <w:rsid w:val="00782575"/>
    <w:rsid w:val="00796516"/>
    <w:rsid w:val="007C1ECA"/>
    <w:rsid w:val="007C5F91"/>
    <w:rsid w:val="00831F69"/>
    <w:rsid w:val="00863CB8"/>
    <w:rsid w:val="00866A7C"/>
    <w:rsid w:val="00880521"/>
    <w:rsid w:val="0088170B"/>
    <w:rsid w:val="00886B5C"/>
    <w:rsid w:val="00893A82"/>
    <w:rsid w:val="008B271F"/>
    <w:rsid w:val="008C14A6"/>
    <w:rsid w:val="008C5092"/>
    <w:rsid w:val="008D11EB"/>
    <w:rsid w:val="009004FC"/>
    <w:rsid w:val="0094132D"/>
    <w:rsid w:val="009429BB"/>
    <w:rsid w:val="00963659"/>
    <w:rsid w:val="009A3A37"/>
    <w:rsid w:val="009B52B9"/>
    <w:rsid w:val="009D27A5"/>
    <w:rsid w:val="009D4EC0"/>
    <w:rsid w:val="009E3171"/>
    <w:rsid w:val="009F48C3"/>
    <w:rsid w:val="00A20190"/>
    <w:rsid w:val="00A66ADD"/>
    <w:rsid w:val="00AA1D8D"/>
    <w:rsid w:val="00AD07BD"/>
    <w:rsid w:val="00AE694C"/>
    <w:rsid w:val="00B0309D"/>
    <w:rsid w:val="00B048B9"/>
    <w:rsid w:val="00B10CA8"/>
    <w:rsid w:val="00B1533D"/>
    <w:rsid w:val="00B21AA8"/>
    <w:rsid w:val="00B46783"/>
    <w:rsid w:val="00B47730"/>
    <w:rsid w:val="00B63EDA"/>
    <w:rsid w:val="00B75474"/>
    <w:rsid w:val="00B823A0"/>
    <w:rsid w:val="00B9738D"/>
    <w:rsid w:val="00BA4EA9"/>
    <w:rsid w:val="00BB5300"/>
    <w:rsid w:val="00BB78C2"/>
    <w:rsid w:val="00BD4B89"/>
    <w:rsid w:val="00BF7B34"/>
    <w:rsid w:val="00C03E1B"/>
    <w:rsid w:val="00C23396"/>
    <w:rsid w:val="00C33954"/>
    <w:rsid w:val="00C522CE"/>
    <w:rsid w:val="00C82B4A"/>
    <w:rsid w:val="00C856CC"/>
    <w:rsid w:val="00CB0664"/>
    <w:rsid w:val="00CB4FA2"/>
    <w:rsid w:val="00CC7694"/>
    <w:rsid w:val="00D024F4"/>
    <w:rsid w:val="00D034F1"/>
    <w:rsid w:val="00D06C84"/>
    <w:rsid w:val="00D20D22"/>
    <w:rsid w:val="00D335F8"/>
    <w:rsid w:val="00D36502"/>
    <w:rsid w:val="00D4051B"/>
    <w:rsid w:val="00D45857"/>
    <w:rsid w:val="00D572FB"/>
    <w:rsid w:val="00D6277F"/>
    <w:rsid w:val="00DA72D1"/>
    <w:rsid w:val="00DF6B68"/>
    <w:rsid w:val="00E0471B"/>
    <w:rsid w:val="00E15A4B"/>
    <w:rsid w:val="00E32E0B"/>
    <w:rsid w:val="00E34E13"/>
    <w:rsid w:val="00E606F5"/>
    <w:rsid w:val="00EA3989"/>
    <w:rsid w:val="00EC3261"/>
    <w:rsid w:val="00ED0C51"/>
    <w:rsid w:val="00F016C2"/>
    <w:rsid w:val="00F0510B"/>
    <w:rsid w:val="00F139DD"/>
    <w:rsid w:val="00F15372"/>
    <w:rsid w:val="00F41093"/>
    <w:rsid w:val="00F62F2E"/>
    <w:rsid w:val="00F90177"/>
    <w:rsid w:val="00FC4EDA"/>
    <w:rsid w:val="00FC693F"/>
    <w:rsid w:val="00FF2B3A"/>
    <w:rsid w:val="24AA987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E1CA02D"/>
  <w14:defaultImageDpi w14:val="330"/>
  <w15:docId w15:val="{4EB742A5-7B8E-40C3-AEFA-EEFC4F494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rFonts w:ascii="Arial" w:hAnsi="Arial"/>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301040"/>
    <w:rPr>
      <w:b/>
      <w:bCs/>
    </w:rPr>
  </w:style>
  <w:style w:type="character" w:customStyle="1" w:styleId="CommentSubjectChar">
    <w:name w:val="Comment Subject Char"/>
    <w:basedOn w:val="CommentTextChar"/>
    <w:link w:val="CommentSubject"/>
    <w:uiPriority w:val="99"/>
    <w:semiHidden/>
    <w:rsid w:val="00301040"/>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transitionta.org/i13-checklists/?h=indicator%2013%20checklist"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azed.gov/sites/default/files/2026/02/AZ-TAS%20Graduation_ver.%20February%202026.pdf"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azed.gov/sites/default/files/2025/03/Secondary%20Transition%20Planning%20Grid.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estinationSharePoint xmlns="7f92692a-1630-4718-9b21-f5430ab2a8d8" xsi:nil="true"/>
    <lcf76f155ced4ddcb4097134ff3c332f xmlns="7f92692a-1630-4718-9b21-f5430ab2a8d8">
      <Terms xmlns="http://schemas.microsoft.com/office/infopath/2007/PartnerControls"/>
    </lcf76f155ced4ddcb4097134ff3c332f>
    <URL xmlns="7f92692a-1630-4718-9b21-f5430ab2a8d8">
      <Url xsi:nil="true"/>
      <Description xsi:nil="true"/>
    </URL>
    <Location xmlns="7f92692a-1630-4718-9b21-f5430ab2a8d8" xsi:nil="true"/>
    <Move xmlns="7f92692a-1630-4718-9b21-f5430ab2a8d8">true</Move>
    <mebcc968caac4bb6bac87e9f624b0dd6 xmlns="7f92692a-1630-4718-9b21-f5430ab2a8d8">
      <Terms xmlns="http://schemas.microsoft.com/office/infopath/2007/PartnerControls"/>
    </mebcc968caac4bb6bac87e9f624b0dd6>
    <DestinationFolder xmlns="7f92692a-1630-4718-9b21-f5430ab2a8d8" xsi:nil="true"/>
    <TaxCatchAll xmlns="72eb0b30-679b-499a-86a3-c77819f0e684" xsi:nil="true"/>
    <_dlc_DocId xmlns="72eb0b30-679b-499a-86a3-c77819f0e684">AU3J23PMWYQH-1816816069-21111</_dlc_DocId>
    <_dlc_DocIdUrl xmlns="72eb0b30-679b-499a-86a3-c77819f0e684">
      <Url>https://adecloud.sharepoint.com/sites/ExceptionalStudentServicesESS/_layouts/15/DocIdRedir.aspx?ID=AU3J23PMWYQH-1816816069-21111</Url>
      <Description>AU3J23PMWYQH-1816816069-21111</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8660D8F23FEE840967B1D2D649B846E" ma:contentTypeVersion="21" ma:contentTypeDescription="Create a new document." ma:contentTypeScope="" ma:versionID="8384047006fd08f0df5e936b5ab23db6">
  <xsd:schema xmlns:xsd="http://www.w3.org/2001/XMLSchema" xmlns:xs="http://www.w3.org/2001/XMLSchema" xmlns:p="http://schemas.microsoft.com/office/2006/metadata/properties" xmlns:ns2="72eb0b30-679b-499a-86a3-c77819f0e684" xmlns:ns3="7f92692a-1630-4718-9b21-f5430ab2a8d8" targetNamespace="http://schemas.microsoft.com/office/2006/metadata/properties" ma:root="true" ma:fieldsID="ba121701d4b08cd6ad16321ff7c0c783" ns2:_="" ns3:_="">
    <xsd:import namespace="72eb0b30-679b-499a-86a3-c77819f0e684"/>
    <xsd:import namespace="7f92692a-1630-4718-9b21-f5430ab2a8d8"/>
    <xsd:element name="properties">
      <xsd:complexType>
        <xsd:sequence>
          <xsd:element name="documentManagement">
            <xsd:complexType>
              <xsd:all>
                <xsd:element ref="ns2:_dlc_DocId" minOccurs="0"/>
                <xsd:element ref="ns2:_dlc_DocIdUrl" minOccurs="0"/>
                <xsd:element ref="ns2:_dlc_DocIdPersistId" minOccurs="0"/>
                <xsd:element ref="ns3:Location" minOccurs="0"/>
                <xsd:element ref="ns3:Move" minOccurs="0"/>
                <xsd:element ref="ns3:URL" minOccurs="0"/>
                <xsd:element ref="ns3:DestinationSharePoint" minOccurs="0"/>
                <xsd:element ref="ns3:DestinationFolder" minOccurs="0"/>
                <xsd:element ref="ns3:mebcc968caac4bb6bac87e9f624b0dd6" minOccurs="0"/>
                <xsd:element ref="ns2:TaxCatchAll" minOccurs="0"/>
                <xsd:element ref="ns3:MediaServiceMetadata" minOccurs="0"/>
                <xsd:element ref="ns3:MediaServiceFastMetadata"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element ref="ns3:MediaServiceBillingMetadata" minOccurs="0"/>
                <xsd:element ref="ns3:lcf76f155ced4ddcb4097134ff3c332f"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eb0b30-679b-499a-86a3-c77819f0e68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8" nillable="true" ma:displayName="Taxonomy Catch All Column" ma:hidden="true" ma:list="{4a925773-022d-4431-9518-b1baabd30485}" ma:internalName="TaxCatchAll" ma:showField="CatchAllData" ma:web="72eb0b30-679b-499a-86a3-c77819f0e68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f92692a-1630-4718-9b21-f5430ab2a8d8" elementFormDefault="qualified">
    <xsd:import namespace="http://schemas.microsoft.com/office/2006/documentManagement/types"/>
    <xsd:import namespace="http://schemas.microsoft.com/office/infopath/2007/PartnerControls"/>
    <xsd:element name="Location" ma:index="11" nillable="true" ma:displayName="Location" ma:internalName="Location">
      <xsd:simpleType>
        <xsd:restriction base="dms:Text">
          <xsd:maxLength value="255"/>
        </xsd:restriction>
      </xsd:simpleType>
    </xsd:element>
    <xsd:element name="Move" ma:index="12" nillable="true" ma:displayName="Move" ma:default="1" ma:internalName="Move">
      <xsd:simpleType>
        <xsd:restriction base="dms:Boolean"/>
      </xsd:simpleType>
    </xsd:element>
    <xsd:element name="URL" ma:index="13" nillable="true" ma:displayName="URL" ma:format="Hyperlink" ma:internalName="URL">
      <xsd:complexType>
        <xsd:complexContent>
          <xsd:extension base="dms:URL">
            <xsd:sequence>
              <xsd:element name="Url" type="dms:ValidUrl" minOccurs="0" nillable="true"/>
              <xsd:element name="Description" type="xsd:string" nillable="true"/>
            </xsd:sequence>
          </xsd:extension>
        </xsd:complexContent>
      </xsd:complexType>
    </xsd:element>
    <xsd:element name="DestinationSharePoint" ma:index="14" nillable="true" ma:displayName="DestinationSharePoint" ma:internalName="DestinationSharePoint">
      <xsd:simpleType>
        <xsd:restriction base="dms:Text">
          <xsd:maxLength value="255"/>
        </xsd:restriction>
      </xsd:simpleType>
    </xsd:element>
    <xsd:element name="DestinationFolder" ma:index="15" nillable="true" ma:displayName="DestinationFolder" ma:internalName="DestinationFolder">
      <xsd:simpleType>
        <xsd:restriction base="dms:Text">
          <xsd:maxLength value="255"/>
        </xsd:restriction>
      </xsd:simpleType>
    </xsd:element>
    <xsd:element name="mebcc968caac4bb6bac87e9f624b0dd6" ma:index="17" nillable="true" ma:taxonomy="true" ma:internalName="mebcc968caac4bb6bac87e9f624b0dd6" ma:taxonomyFieldName="Image_x0020_Tags" ma:displayName="Image Tags" ma:default="" ma:fieldId="{6ebcc968-caac-4bb6-bac8-7e9f624b0dd6}" ma:sspId="5db50a19-44cd-47bf-aae0-69db42930db7" ma:termSetId="c866ca65-f095-4a16-9249-028d500f7703" ma:anchorId="00000000-0000-0000-0000-000000000000" ma:open="false" ma:isKeyword="false">
      <xsd:complexType>
        <xsd:sequence>
          <xsd:element ref="pc:Terms" minOccurs="0" maxOccurs="1"/>
        </xsd:sequence>
      </xsd:complexType>
    </xsd:element>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5db50a19-44cd-47bf-aae0-69db42930db7" ma:termSetId="09814cd3-568e-fe90-9814-8d621ff8fb84" ma:anchorId="fba54fb3-c3e1-fe81-a776-ca4b69148c4d" ma:open="true" ma:isKeyword="false">
      <xsd:complexType>
        <xsd:sequence>
          <xsd:element ref="pc:Terms" minOccurs="0" maxOccurs="1"/>
        </xsd:sequence>
      </xsd:complexType>
    </xsd:element>
    <xsd:element name="MediaServiceOCR" ma:index="29" nillable="true" ma:displayName="Extracted Text" ma:internalName="MediaServiceOCR" ma:readOnly="true">
      <xsd:simpleType>
        <xsd:restriction base="dms:Note">
          <xsd:maxLength value="255"/>
        </xsd:restriction>
      </xsd:simpleType>
    </xsd:element>
    <xsd:element name="MediaServiceLocation" ma:index="30"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FB049695-46A0-404C-9D08-7E1224B790D1}">
  <ds:schemaRefs>
    <ds:schemaRef ds:uri="http://schemas.microsoft.com/sharepoint/v3/contenttype/forms"/>
  </ds:schemaRefs>
</ds:datastoreItem>
</file>

<file path=customXml/itemProps3.xml><?xml version="1.0" encoding="utf-8"?>
<ds:datastoreItem xmlns:ds="http://schemas.openxmlformats.org/officeDocument/2006/customXml" ds:itemID="{8296847E-B1FF-46B6-A747-D12898EA6848}">
  <ds:schemaRefs>
    <ds:schemaRef ds:uri="http://schemas.microsoft.com/office/2006/metadata/properties"/>
    <ds:schemaRef ds:uri="http://schemas.microsoft.com/office/infopath/2007/PartnerControls"/>
    <ds:schemaRef ds:uri="7f92692a-1630-4718-9b21-f5430ab2a8d8"/>
    <ds:schemaRef ds:uri="72eb0b30-679b-499a-86a3-c77819f0e684"/>
  </ds:schemaRefs>
</ds:datastoreItem>
</file>

<file path=customXml/itemProps4.xml><?xml version="1.0" encoding="utf-8"?>
<ds:datastoreItem xmlns:ds="http://schemas.openxmlformats.org/officeDocument/2006/customXml" ds:itemID="{DFF3EC87-0F66-4357-9525-7B2A828D81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eb0b30-679b-499a-86a3-c77819f0e684"/>
    <ds:schemaRef ds:uri="7f92692a-1630-4718-9b21-f5430ab2a8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00BE05B-0E98-4941-B5B2-522FF665C2BC}">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1290</Words>
  <Characters>7359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8632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Trollinger, Alissa</dc:creator>
  <cp:keywords/>
  <dc:description>generated by python-docx</dc:description>
  <cp:lastModifiedBy>Livesay, Lisa</cp:lastModifiedBy>
  <cp:revision>5</cp:revision>
  <dcterms:created xsi:type="dcterms:W3CDTF">2026-08-27T20:42:00Z</dcterms:created>
  <dcterms:modified xsi:type="dcterms:W3CDTF">2026-08-31T21:50:00Z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5c8a866-4739-45c3-9e6f-5545088ee350_Enabled">
    <vt:lpwstr>true</vt:lpwstr>
  </property>
  <property fmtid="{D5CDD505-2E9C-101B-9397-08002B2CF9AE}" pid="3" name="MSIP_Label_d5c8a866-4739-45c3-9e6f-5545088ee350_SetDate">
    <vt:lpwstr>2026-06-09T20:15:46Z</vt:lpwstr>
  </property>
  <property fmtid="{D5CDD505-2E9C-101B-9397-08002B2CF9AE}" pid="4" name="MSIP_Label_d5c8a866-4739-45c3-9e6f-5545088ee350_Method">
    <vt:lpwstr>Standard</vt:lpwstr>
  </property>
  <property fmtid="{D5CDD505-2E9C-101B-9397-08002B2CF9AE}" pid="5" name="MSIP_Label_d5c8a866-4739-45c3-9e6f-5545088ee350_Name">
    <vt:lpwstr>Internal</vt:lpwstr>
  </property>
  <property fmtid="{D5CDD505-2E9C-101B-9397-08002B2CF9AE}" pid="6" name="MSIP_Label_d5c8a866-4739-45c3-9e6f-5545088ee350_SiteId">
    <vt:lpwstr>58a5b0cb-441f-42ba-a5a1-8fdfd05a3ffc</vt:lpwstr>
  </property>
  <property fmtid="{D5CDD505-2E9C-101B-9397-08002B2CF9AE}" pid="7" name="MSIP_Label_d5c8a866-4739-45c3-9e6f-5545088ee350_ActionId">
    <vt:lpwstr>f7d800e0-8547-4599-b994-6b409b372b34</vt:lpwstr>
  </property>
  <property fmtid="{D5CDD505-2E9C-101B-9397-08002B2CF9AE}" pid="8" name="MSIP_Label_d5c8a866-4739-45c3-9e6f-5545088ee350_ContentBits">
    <vt:lpwstr>0</vt:lpwstr>
  </property>
  <property fmtid="{D5CDD505-2E9C-101B-9397-08002B2CF9AE}" pid="9" name="ContentTypeId">
    <vt:lpwstr>0x01010068660D8F23FEE840967B1D2D649B846E</vt:lpwstr>
  </property>
  <property fmtid="{D5CDD505-2E9C-101B-9397-08002B2CF9AE}" pid="10" name="_dlc_DocIdItemGuid">
    <vt:lpwstr>3001eb52-f7bf-4476-b49d-cd33faaa257b</vt:lpwstr>
  </property>
  <property fmtid="{D5CDD505-2E9C-101B-9397-08002B2CF9AE}" pid="11" name="MediaServiceImageTags">
    <vt:lpwstr/>
  </property>
  <property fmtid="{D5CDD505-2E9C-101B-9397-08002B2CF9AE}" pid="12" name="Image Tags">
    <vt:lpwstr/>
  </property>
  <property fmtid="{D5CDD505-2E9C-101B-9397-08002B2CF9AE}" pid="13" name="Image_x0020_Tags">
    <vt:lpwstr/>
  </property>
</Properties>
</file>